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CF3495" w14:textId="72B6E665" w:rsidR="003E4F8A" w:rsidRPr="00623288" w:rsidRDefault="00231E36" w:rsidP="00623288">
      <w:pPr>
        <w:spacing w:after="0" w:line="240" w:lineRule="auto"/>
        <w:jc w:val="right"/>
        <w:rPr>
          <w:rFonts w:ascii="Arial Narrow" w:hAnsi="Arial Narrow"/>
          <w:szCs w:val="24"/>
        </w:rPr>
      </w:pPr>
      <w:proofErr w:type="spellStart"/>
      <w:r w:rsidRPr="00623288">
        <w:rPr>
          <w:rFonts w:ascii="Arial Narrow" w:hAnsi="Arial Narrow"/>
          <w:i/>
          <w:szCs w:val="24"/>
        </w:rPr>
        <w:t>Załącznik</w:t>
      </w:r>
      <w:proofErr w:type="spellEnd"/>
      <w:r w:rsidRPr="00623288">
        <w:rPr>
          <w:rFonts w:ascii="Arial Narrow" w:hAnsi="Arial Narrow"/>
          <w:i/>
          <w:szCs w:val="24"/>
        </w:rPr>
        <w:t xml:space="preserve"> </w:t>
      </w:r>
      <w:proofErr w:type="spellStart"/>
      <w:r w:rsidRPr="00623288">
        <w:rPr>
          <w:rFonts w:ascii="Arial Narrow" w:hAnsi="Arial Narrow"/>
          <w:i/>
          <w:szCs w:val="24"/>
        </w:rPr>
        <w:t>nr</w:t>
      </w:r>
      <w:proofErr w:type="spellEnd"/>
      <w:r w:rsidRPr="00623288">
        <w:rPr>
          <w:rFonts w:ascii="Arial Narrow" w:hAnsi="Arial Narrow"/>
          <w:i/>
          <w:szCs w:val="24"/>
        </w:rPr>
        <w:t xml:space="preserve"> 2</w:t>
      </w:r>
    </w:p>
    <w:p w14:paraId="7F9253FE" w14:textId="6DB1A4AE" w:rsidR="00385C26" w:rsidRPr="00623288" w:rsidRDefault="00141430" w:rsidP="00623288">
      <w:pPr>
        <w:spacing w:after="0" w:line="240" w:lineRule="auto"/>
        <w:jc w:val="right"/>
        <w:rPr>
          <w:rFonts w:ascii="Arial Narrow" w:hAnsi="Arial Narrow"/>
          <w:i/>
          <w:szCs w:val="24"/>
        </w:rPr>
      </w:pPr>
      <w:r>
        <w:rPr>
          <w:noProof/>
          <w:lang w:val="pl-PL" w:eastAsia="pl-PL"/>
        </w:rPr>
        <w:drawing>
          <wp:anchor distT="0" distB="0" distL="114300" distR="114300" simplePos="0" relativeHeight="251661312" behindDoc="0" locked="0" layoutInCell="1" allowOverlap="1" wp14:anchorId="2AEA1972" wp14:editId="530787F1">
            <wp:simplePos x="0" y="0"/>
            <wp:positionH relativeFrom="column">
              <wp:posOffset>1931035</wp:posOffset>
            </wp:positionH>
            <wp:positionV relativeFrom="paragraph">
              <wp:posOffset>7620</wp:posOffset>
            </wp:positionV>
            <wp:extent cx="1593850" cy="842010"/>
            <wp:effectExtent l="0" t="0" r="6350" b="0"/>
            <wp:wrapSquare wrapText="bothSides"/>
            <wp:docPr id="1" name="Obraz 1" descr="Logo Funduszu - Państwowy Fundusz Rehabilitacji Osób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Funduszu - Państwowy Fundusz Rehabilitacji Osób ..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3850" cy="842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46AE5">
        <w:rPr>
          <w:rFonts w:ascii="Times New Roman" w:eastAsia="Times New Roman" w:hAnsi="Times New Roman" w:cs="Times New Roman"/>
          <w:noProof/>
          <w:sz w:val="24"/>
          <w:szCs w:val="24"/>
          <w:lang w:val="pl-PL" w:eastAsia="pl-PL"/>
        </w:rPr>
        <w:drawing>
          <wp:anchor distT="0" distB="0" distL="114300" distR="114300" simplePos="0" relativeHeight="251659264" behindDoc="0" locked="0" layoutInCell="1" allowOverlap="1" wp14:anchorId="37F82946" wp14:editId="6A78D628">
            <wp:simplePos x="0" y="0"/>
            <wp:positionH relativeFrom="column">
              <wp:posOffset>-142875</wp:posOffset>
            </wp:positionH>
            <wp:positionV relativeFrom="paragraph">
              <wp:posOffset>142875</wp:posOffset>
            </wp:positionV>
            <wp:extent cx="1669459" cy="462280"/>
            <wp:effectExtent l="0" t="0" r="0" b="0"/>
            <wp:wrapSquare wrapText="bothSides"/>
            <wp:docPr id="3" name="Obraz 3" descr="C:\Users\Ewa\AppData\Local\Temp\d043300a-d964-4c69-84bf-3e0c1b5728a0_zs3_logo_pack.zip.zs3_logo_pack.zip\png\logo_zs3_fiolet_pozio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wa\AppData\Local\Temp\d043300a-d964-4c69-84bf-3e0c1b5728a0_zs3_logo_pack.zip.zs3_logo_pack.zip\png\logo_zs3_fiolet_poziom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9459" cy="462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1E36" w:rsidRPr="00623288">
        <w:rPr>
          <w:rFonts w:ascii="Arial Narrow" w:hAnsi="Arial Narrow"/>
          <w:i/>
          <w:szCs w:val="24"/>
        </w:rPr>
        <w:t xml:space="preserve">do </w:t>
      </w:r>
      <w:proofErr w:type="spellStart"/>
      <w:r w:rsidR="00231E36" w:rsidRPr="00623288">
        <w:rPr>
          <w:rFonts w:ascii="Arial Narrow" w:hAnsi="Arial Narrow"/>
          <w:i/>
          <w:szCs w:val="24"/>
        </w:rPr>
        <w:t>Regulaminu</w:t>
      </w:r>
      <w:proofErr w:type="spellEnd"/>
      <w:r w:rsidR="00231E36" w:rsidRPr="00623288">
        <w:rPr>
          <w:rFonts w:ascii="Arial Narrow" w:hAnsi="Arial Narrow"/>
          <w:i/>
          <w:szCs w:val="24"/>
        </w:rPr>
        <w:t xml:space="preserve"> </w:t>
      </w:r>
      <w:proofErr w:type="spellStart"/>
      <w:r w:rsidR="00231E36" w:rsidRPr="00623288">
        <w:rPr>
          <w:rFonts w:ascii="Arial Narrow" w:hAnsi="Arial Narrow"/>
          <w:i/>
          <w:szCs w:val="24"/>
        </w:rPr>
        <w:t>udzielania</w:t>
      </w:r>
      <w:proofErr w:type="spellEnd"/>
      <w:r w:rsidR="00231E36" w:rsidRPr="00623288">
        <w:rPr>
          <w:rFonts w:ascii="Arial Narrow" w:hAnsi="Arial Narrow"/>
          <w:i/>
          <w:szCs w:val="24"/>
        </w:rPr>
        <w:t xml:space="preserve"> </w:t>
      </w:r>
      <w:proofErr w:type="spellStart"/>
      <w:r w:rsidR="00231E36" w:rsidRPr="00623288">
        <w:rPr>
          <w:rFonts w:ascii="Arial Narrow" w:hAnsi="Arial Narrow"/>
          <w:i/>
          <w:szCs w:val="24"/>
        </w:rPr>
        <w:t>zamówień</w:t>
      </w:r>
      <w:proofErr w:type="spellEnd"/>
      <w:r w:rsidR="00231E36" w:rsidRPr="00623288">
        <w:rPr>
          <w:rFonts w:ascii="Arial Narrow" w:hAnsi="Arial Narrow"/>
          <w:i/>
          <w:szCs w:val="24"/>
        </w:rPr>
        <w:t xml:space="preserve"> </w:t>
      </w:r>
    </w:p>
    <w:p w14:paraId="3D20E683" w14:textId="43AC8FAF" w:rsidR="003E4F8A" w:rsidRPr="00623288" w:rsidRDefault="00231E36" w:rsidP="00623288">
      <w:pPr>
        <w:spacing w:after="0" w:line="240" w:lineRule="auto"/>
        <w:jc w:val="right"/>
        <w:rPr>
          <w:rFonts w:ascii="Arial Narrow" w:hAnsi="Arial Narrow"/>
          <w:szCs w:val="24"/>
        </w:rPr>
      </w:pPr>
      <w:proofErr w:type="spellStart"/>
      <w:r w:rsidRPr="00623288">
        <w:rPr>
          <w:rFonts w:ascii="Arial Narrow" w:hAnsi="Arial Narrow"/>
          <w:i/>
          <w:szCs w:val="24"/>
        </w:rPr>
        <w:t>publicznych</w:t>
      </w:r>
      <w:proofErr w:type="spellEnd"/>
      <w:r w:rsidRPr="00623288">
        <w:rPr>
          <w:rFonts w:ascii="Arial Narrow" w:hAnsi="Arial Narrow"/>
          <w:i/>
          <w:szCs w:val="24"/>
        </w:rPr>
        <w:t xml:space="preserve"> o </w:t>
      </w:r>
      <w:proofErr w:type="spellStart"/>
      <w:r w:rsidRPr="00623288">
        <w:rPr>
          <w:rFonts w:ascii="Arial Narrow" w:hAnsi="Arial Narrow"/>
          <w:i/>
          <w:szCs w:val="24"/>
        </w:rPr>
        <w:t>wartości</w:t>
      </w:r>
      <w:proofErr w:type="spellEnd"/>
      <w:r w:rsidRPr="00623288">
        <w:rPr>
          <w:rFonts w:ascii="Arial Narrow" w:hAnsi="Arial Narrow"/>
          <w:i/>
          <w:szCs w:val="24"/>
        </w:rPr>
        <w:t xml:space="preserve"> </w:t>
      </w:r>
      <w:proofErr w:type="spellStart"/>
      <w:r w:rsidRPr="00623288">
        <w:rPr>
          <w:rFonts w:ascii="Arial Narrow" w:hAnsi="Arial Narrow"/>
          <w:i/>
          <w:szCs w:val="24"/>
        </w:rPr>
        <w:t>poniżej</w:t>
      </w:r>
      <w:proofErr w:type="spellEnd"/>
      <w:r w:rsidRPr="00623288">
        <w:rPr>
          <w:rFonts w:ascii="Arial Narrow" w:hAnsi="Arial Narrow"/>
          <w:i/>
          <w:szCs w:val="24"/>
        </w:rPr>
        <w:t xml:space="preserve"> 170 000,00 zł netto</w:t>
      </w:r>
    </w:p>
    <w:p w14:paraId="2D5EAA47" w14:textId="718F0533" w:rsidR="00385C26" w:rsidRPr="00623288" w:rsidRDefault="00231E36" w:rsidP="00623288">
      <w:pPr>
        <w:spacing w:after="0" w:line="240" w:lineRule="auto"/>
        <w:jc w:val="right"/>
        <w:rPr>
          <w:rFonts w:ascii="Arial Narrow" w:hAnsi="Arial Narrow"/>
          <w:i/>
          <w:szCs w:val="24"/>
        </w:rPr>
      </w:pPr>
      <w:r w:rsidRPr="00623288">
        <w:rPr>
          <w:rFonts w:ascii="Arial Narrow" w:hAnsi="Arial Narrow"/>
          <w:i/>
          <w:szCs w:val="24"/>
        </w:rPr>
        <w:t xml:space="preserve">w </w:t>
      </w:r>
      <w:proofErr w:type="spellStart"/>
      <w:r w:rsidRPr="00623288">
        <w:rPr>
          <w:rFonts w:ascii="Arial Narrow" w:hAnsi="Arial Narrow"/>
          <w:i/>
          <w:szCs w:val="24"/>
        </w:rPr>
        <w:t>Zespole</w:t>
      </w:r>
      <w:proofErr w:type="spellEnd"/>
      <w:r w:rsidRPr="00623288">
        <w:rPr>
          <w:rFonts w:ascii="Arial Narrow" w:hAnsi="Arial Narrow"/>
          <w:i/>
          <w:szCs w:val="24"/>
        </w:rPr>
        <w:t xml:space="preserve"> </w:t>
      </w:r>
      <w:proofErr w:type="spellStart"/>
      <w:r w:rsidRPr="00623288">
        <w:rPr>
          <w:rFonts w:ascii="Arial Narrow" w:hAnsi="Arial Narrow"/>
          <w:i/>
          <w:szCs w:val="24"/>
        </w:rPr>
        <w:t>Szkół</w:t>
      </w:r>
      <w:proofErr w:type="spellEnd"/>
      <w:r w:rsidRPr="00623288">
        <w:rPr>
          <w:rFonts w:ascii="Arial Narrow" w:hAnsi="Arial Narrow"/>
          <w:i/>
          <w:szCs w:val="24"/>
        </w:rPr>
        <w:t xml:space="preserve"> </w:t>
      </w:r>
      <w:proofErr w:type="spellStart"/>
      <w:r w:rsidRPr="00623288">
        <w:rPr>
          <w:rFonts w:ascii="Arial Narrow" w:hAnsi="Arial Narrow"/>
          <w:i/>
          <w:szCs w:val="24"/>
        </w:rPr>
        <w:t>nr</w:t>
      </w:r>
      <w:proofErr w:type="spellEnd"/>
      <w:r w:rsidRPr="00623288">
        <w:rPr>
          <w:rFonts w:ascii="Arial Narrow" w:hAnsi="Arial Narrow"/>
          <w:i/>
          <w:szCs w:val="24"/>
        </w:rPr>
        <w:t xml:space="preserve"> 3</w:t>
      </w:r>
    </w:p>
    <w:p w14:paraId="3237F3C7" w14:textId="247B6EB3" w:rsidR="003E4F8A" w:rsidRPr="00623288" w:rsidRDefault="00231E36" w:rsidP="00623288">
      <w:pPr>
        <w:spacing w:after="0" w:line="240" w:lineRule="auto"/>
        <w:jc w:val="right"/>
        <w:rPr>
          <w:rFonts w:ascii="Arial Narrow" w:hAnsi="Arial Narrow"/>
          <w:szCs w:val="24"/>
        </w:rPr>
      </w:pPr>
      <w:r w:rsidRPr="00623288">
        <w:rPr>
          <w:rFonts w:ascii="Arial Narrow" w:hAnsi="Arial Narrow"/>
          <w:i/>
          <w:szCs w:val="24"/>
        </w:rPr>
        <w:t xml:space="preserve"> </w:t>
      </w:r>
      <w:proofErr w:type="spellStart"/>
      <w:r w:rsidRPr="00623288">
        <w:rPr>
          <w:rFonts w:ascii="Arial Narrow" w:hAnsi="Arial Narrow"/>
          <w:i/>
          <w:szCs w:val="24"/>
        </w:rPr>
        <w:t>im</w:t>
      </w:r>
      <w:proofErr w:type="spellEnd"/>
      <w:r w:rsidRPr="00623288">
        <w:rPr>
          <w:rFonts w:ascii="Arial Narrow" w:hAnsi="Arial Narrow"/>
          <w:i/>
          <w:szCs w:val="24"/>
        </w:rPr>
        <w:t>. Marii Grzegorzewskiej we Włocławku</w:t>
      </w:r>
    </w:p>
    <w:p w14:paraId="5F9797D5" w14:textId="45CF9DF3" w:rsidR="00974B9B" w:rsidRDefault="00974B9B" w:rsidP="00974B9B">
      <w:pPr>
        <w:spacing w:before="280" w:after="200"/>
        <w:rPr>
          <w:rFonts w:ascii="Arial Narrow" w:hAnsi="Arial Narrow"/>
          <w:b/>
          <w:sz w:val="24"/>
          <w:szCs w:val="24"/>
          <w:u w:val="single"/>
        </w:rPr>
      </w:pPr>
    </w:p>
    <w:p w14:paraId="278FD803" w14:textId="13FF9A11" w:rsidR="003E4F8A" w:rsidRPr="00623288" w:rsidRDefault="00231E36">
      <w:pPr>
        <w:spacing w:before="280" w:after="200"/>
        <w:jc w:val="center"/>
        <w:rPr>
          <w:rFonts w:ascii="Arial Narrow" w:hAnsi="Arial Narrow"/>
          <w:sz w:val="24"/>
          <w:szCs w:val="24"/>
        </w:rPr>
      </w:pPr>
      <w:r w:rsidRPr="00623288">
        <w:rPr>
          <w:rFonts w:ascii="Arial Narrow" w:hAnsi="Arial Narrow"/>
          <w:b/>
          <w:sz w:val="24"/>
          <w:szCs w:val="24"/>
          <w:u w:val="single"/>
        </w:rPr>
        <w:t>ZAPYTANIE OFERTOWE</w:t>
      </w:r>
      <w:r w:rsidRPr="00623288">
        <w:rPr>
          <w:rFonts w:ascii="Arial Narrow" w:hAnsi="Arial Narrow"/>
          <w:b/>
          <w:sz w:val="24"/>
          <w:szCs w:val="24"/>
        </w:rPr>
        <w:t xml:space="preserve"> / </w:t>
      </w:r>
      <w:r w:rsidRPr="0069718E">
        <w:rPr>
          <w:rFonts w:ascii="Arial Narrow" w:hAnsi="Arial Narrow"/>
          <w:b/>
          <w:strike/>
          <w:sz w:val="24"/>
          <w:szCs w:val="24"/>
        </w:rPr>
        <w:t>OGŁOSZENIE O ZAMÓWIENIU</w:t>
      </w:r>
      <w:r w:rsidR="00385C26" w:rsidRPr="0069718E">
        <w:rPr>
          <w:rFonts w:ascii="Arial Narrow" w:hAnsi="Arial Narrow"/>
          <w:b/>
          <w:strike/>
          <w:sz w:val="24"/>
          <w:szCs w:val="24"/>
        </w:rPr>
        <w:t>*</w:t>
      </w:r>
    </w:p>
    <w:p w14:paraId="545E9FD7" w14:textId="74CA02FD" w:rsidR="003E4F8A" w:rsidRDefault="00231E36">
      <w:pPr>
        <w:jc w:val="both"/>
        <w:rPr>
          <w:rFonts w:ascii="Arial Narrow" w:hAnsi="Arial Narrow"/>
          <w:sz w:val="24"/>
          <w:szCs w:val="24"/>
        </w:rPr>
      </w:pPr>
      <w:r w:rsidRPr="00623288">
        <w:rPr>
          <w:rFonts w:ascii="Arial Narrow" w:hAnsi="Arial Narrow"/>
          <w:sz w:val="24"/>
          <w:szCs w:val="24"/>
        </w:rPr>
        <w:t xml:space="preserve">Zespół Szkół nr 3 im. Marii Grzegorzewskiej, ul. </w:t>
      </w:r>
      <w:proofErr w:type="spellStart"/>
      <w:r w:rsidRPr="00623288">
        <w:rPr>
          <w:rFonts w:ascii="Arial Narrow" w:hAnsi="Arial Narrow"/>
          <w:sz w:val="24"/>
          <w:szCs w:val="24"/>
        </w:rPr>
        <w:t>Nowomiejska</w:t>
      </w:r>
      <w:proofErr w:type="spellEnd"/>
      <w:r w:rsidRPr="00623288">
        <w:rPr>
          <w:rFonts w:ascii="Arial Narrow" w:hAnsi="Arial Narrow"/>
          <w:sz w:val="24"/>
          <w:szCs w:val="24"/>
        </w:rPr>
        <w:t xml:space="preserve"> 21, 87-800 </w:t>
      </w:r>
      <w:proofErr w:type="spellStart"/>
      <w:r w:rsidRPr="00623288">
        <w:rPr>
          <w:rFonts w:ascii="Arial Narrow" w:hAnsi="Arial Narrow"/>
          <w:sz w:val="24"/>
          <w:szCs w:val="24"/>
        </w:rPr>
        <w:t>Włocławek</w:t>
      </w:r>
      <w:proofErr w:type="spellEnd"/>
      <w:r w:rsidRPr="00623288">
        <w:rPr>
          <w:rFonts w:ascii="Arial Narrow" w:hAnsi="Arial Narrow"/>
          <w:sz w:val="24"/>
          <w:szCs w:val="24"/>
        </w:rPr>
        <w:t xml:space="preserve">, </w:t>
      </w:r>
      <w:proofErr w:type="spellStart"/>
      <w:r w:rsidR="0069718E" w:rsidRPr="0069718E">
        <w:rPr>
          <w:rStyle w:val="Pogrubienie"/>
          <w:rFonts w:ascii="Arial Narrow" w:hAnsi="Arial Narrow"/>
          <w:b w:val="0"/>
          <w:sz w:val="24"/>
          <w:szCs w:val="24"/>
        </w:rPr>
        <w:t>działający</w:t>
      </w:r>
      <w:proofErr w:type="spellEnd"/>
      <w:r w:rsidR="0069718E" w:rsidRPr="0069718E">
        <w:rPr>
          <w:rStyle w:val="Pogrubienie"/>
          <w:rFonts w:ascii="Arial Narrow" w:hAnsi="Arial Narrow"/>
          <w:b w:val="0"/>
          <w:sz w:val="24"/>
          <w:szCs w:val="24"/>
        </w:rPr>
        <w:t xml:space="preserve"> w </w:t>
      </w:r>
      <w:proofErr w:type="spellStart"/>
      <w:r w:rsidR="0069718E" w:rsidRPr="0069718E">
        <w:rPr>
          <w:rStyle w:val="Pogrubienie"/>
          <w:rFonts w:ascii="Arial Narrow" w:hAnsi="Arial Narrow"/>
          <w:b w:val="0"/>
          <w:sz w:val="24"/>
          <w:szCs w:val="24"/>
        </w:rPr>
        <w:t>imieniu</w:t>
      </w:r>
      <w:proofErr w:type="spellEnd"/>
      <w:r w:rsidR="0069718E" w:rsidRPr="0069718E">
        <w:rPr>
          <w:rStyle w:val="Pogrubienie"/>
          <w:rFonts w:ascii="Arial Narrow" w:hAnsi="Arial Narrow"/>
          <w:b w:val="0"/>
          <w:sz w:val="24"/>
          <w:szCs w:val="24"/>
        </w:rPr>
        <w:t xml:space="preserve"> </w:t>
      </w:r>
      <w:proofErr w:type="spellStart"/>
      <w:r w:rsidR="0069718E" w:rsidRPr="0069718E">
        <w:rPr>
          <w:rStyle w:val="Pogrubienie"/>
          <w:rFonts w:ascii="Arial Narrow" w:hAnsi="Arial Narrow"/>
          <w:b w:val="0"/>
          <w:sz w:val="24"/>
          <w:szCs w:val="24"/>
        </w:rPr>
        <w:t>i</w:t>
      </w:r>
      <w:proofErr w:type="spellEnd"/>
      <w:r w:rsidR="0069718E" w:rsidRPr="0069718E">
        <w:rPr>
          <w:rStyle w:val="Pogrubienie"/>
          <w:rFonts w:ascii="Arial Narrow" w:hAnsi="Arial Narrow"/>
          <w:b w:val="0"/>
          <w:sz w:val="24"/>
          <w:szCs w:val="24"/>
        </w:rPr>
        <w:t xml:space="preserve"> </w:t>
      </w:r>
      <w:proofErr w:type="spellStart"/>
      <w:r w:rsidR="0069718E" w:rsidRPr="0069718E">
        <w:rPr>
          <w:rStyle w:val="Pogrubienie"/>
          <w:rFonts w:ascii="Arial Narrow" w:hAnsi="Arial Narrow"/>
          <w:b w:val="0"/>
          <w:sz w:val="24"/>
          <w:szCs w:val="24"/>
        </w:rPr>
        <w:t>na</w:t>
      </w:r>
      <w:proofErr w:type="spellEnd"/>
      <w:r w:rsidR="0069718E" w:rsidRPr="0069718E">
        <w:rPr>
          <w:rStyle w:val="Pogrubienie"/>
          <w:rFonts w:ascii="Arial Narrow" w:hAnsi="Arial Narrow"/>
          <w:b w:val="0"/>
          <w:sz w:val="24"/>
          <w:szCs w:val="24"/>
        </w:rPr>
        <w:t xml:space="preserve"> </w:t>
      </w:r>
      <w:proofErr w:type="spellStart"/>
      <w:r w:rsidR="0069718E" w:rsidRPr="0069718E">
        <w:rPr>
          <w:rStyle w:val="Pogrubienie"/>
          <w:rFonts w:ascii="Arial Narrow" w:hAnsi="Arial Narrow"/>
          <w:b w:val="0"/>
          <w:sz w:val="24"/>
          <w:szCs w:val="24"/>
        </w:rPr>
        <w:t>rzecz</w:t>
      </w:r>
      <w:proofErr w:type="spellEnd"/>
      <w:r w:rsidR="0069718E" w:rsidRPr="0069718E">
        <w:rPr>
          <w:rStyle w:val="Pogrubienie"/>
          <w:rFonts w:ascii="Arial Narrow" w:hAnsi="Arial Narrow"/>
          <w:b w:val="0"/>
          <w:sz w:val="24"/>
          <w:szCs w:val="24"/>
        </w:rPr>
        <w:t xml:space="preserve"> </w:t>
      </w:r>
      <w:proofErr w:type="spellStart"/>
      <w:r w:rsidR="0069718E" w:rsidRPr="0069718E">
        <w:rPr>
          <w:rStyle w:val="Pogrubienie"/>
          <w:rFonts w:ascii="Arial Narrow" w:hAnsi="Arial Narrow"/>
          <w:b w:val="0"/>
          <w:sz w:val="24"/>
          <w:szCs w:val="24"/>
        </w:rPr>
        <w:t>Miasta</w:t>
      </w:r>
      <w:proofErr w:type="spellEnd"/>
      <w:r w:rsidR="0069718E" w:rsidRPr="0069718E">
        <w:rPr>
          <w:rStyle w:val="Pogrubienie"/>
          <w:rFonts w:ascii="Arial Narrow" w:hAnsi="Arial Narrow"/>
          <w:b w:val="0"/>
          <w:sz w:val="24"/>
          <w:szCs w:val="24"/>
        </w:rPr>
        <w:t xml:space="preserve"> </w:t>
      </w:r>
      <w:proofErr w:type="spellStart"/>
      <w:r w:rsidR="0069718E" w:rsidRPr="0069718E">
        <w:rPr>
          <w:rStyle w:val="Pogrubienie"/>
          <w:rFonts w:ascii="Arial Narrow" w:hAnsi="Arial Narrow"/>
          <w:b w:val="0"/>
          <w:sz w:val="24"/>
          <w:szCs w:val="24"/>
        </w:rPr>
        <w:t>Włocławek</w:t>
      </w:r>
      <w:proofErr w:type="spellEnd"/>
      <w:r w:rsidR="0069718E" w:rsidRPr="0069718E">
        <w:rPr>
          <w:rStyle w:val="Pogrubienie"/>
          <w:rFonts w:ascii="Arial Narrow" w:hAnsi="Arial Narrow"/>
          <w:b w:val="0"/>
          <w:sz w:val="24"/>
          <w:szCs w:val="24"/>
        </w:rPr>
        <w:t xml:space="preserve">, </w:t>
      </w:r>
      <w:proofErr w:type="spellStart"/>
      <w:r w:rsidR="0069718E" w:rsidRPr="0069718E">
        <w:rPr>
          <w:rStyle w:val="Pogrubienie"/>
          <w:rFonts w:ascii="Arial Narrow" w:hAnsi="Arial Narrow"/>
          <w:b w:val="0"/>
          <w:sz w:val="24"/>
          <w:szCs w:val="24"/>
        </w:rPr>
        <w:t>na</w:t>
      </w:r>
      <w:proofErr w:type="spellEnd"/>
      <w:r w:rsidR="0069718E" w:rsidRPr="0069718E">
        <w:rPr>
          <w:rStyle w:val="Pogrubienie"/>
          <w:rFonts w:ascii="Arial Narrow" w:hAnsi="Arial Narrow"/>
          <w:b w:val="0"/>
          <w:sz w:val="24"/>
          <w:szCs w:val="24"/>
        </w:rPr>
        <w:t xml:space="preserve"> </w:t>
      </w:r>
      <w:proofErr w:type="spellStart"/>
      <w:r w:rsidR="0069718E" w:rsidRPr="0069718E">
        <w:rPr>
          <w:rStyle w:val="Pogrubienie"/>
          <w:rFonts w:ascii="Arial Narrow" w:hAnsi="Arial Narrow"/>
          <w:b w:val="0"/>
          <w:sz w:val="24"/>
          <w:szCs w:val="24"/>
        </w:rPr>
        <w:t>podstawie</w:t>
      </w:r>
      <w:proofErr w:type="spellEnd"/>
      <w:r w:rsidR="0069718E" w:rsidRPr="0069718E">
        <w:rPr>
          <w:rStyle w:val="Pogrubienie"/>
          <w:rFonts w:ascii="Arial Narrow" w:hAnsi="Arial Narrow"/>
          <w:b w:val="0"/>
          <w:sz w:val="24"/>
          <w:szCs w:val="24"/>
        </w:rPr>
        <w:t xml:space="preserve"> </w:t>
      </w:r>
      <w:proofErr w:type="spellStart"/>
      <w:r w:rsidR="0069718E" w:rsidRPr="0069718E">
        <w:rPr>
          <w:rStyle w:val="Pogrubienie"/>
          <w:rFonts w:ascii="Arial Narrow" w:hAnsi="Arial Narrow"/>
          <w:b w:val="0"/>
          <w:sz w:val="24"/>
          <w:szCs w:val="24"/>
        </w:rPr>
        <w:t>pełnomocnictwa</w:t>
      </w:r>
      <w:proofErr w:type="spellEnd"/>
      <w:r w:rsidR="0069718E" w:rsidRPr="0069718E">
        <w:rPr>
          <w:rStyle w:val="Pogrubienie"/>
          <w:rFonts w:ascii="Arial Narrow" w:hAnsi="Arial Narrow"/>
          <w:b w:val="0"/>
          <w:sz w:val="24"/>
          <w:szCs w:val="24"/>
        </w:rPr>
        <w:t xml:space="preserve"> </w:t>
      </w:r>
      <w:proofErr w:type="spellStart"/>
      <w:r w:rsidR="0069718E" w:rsidRPr="0069718E">
        <w:rPr>
          <w:rStyle w:val="Pogrubienie"/>
          <w:rFonts w:ascii="Arial Narrow" w:hAnsi="Arial Narrow"/>
          <w:b w:val="0"/>
          <w:sz w:val="24"/>
          <w:szCs w:val="24"/>
        </w:rPr>
        <w:t>Prezydenta</w:t>
      </w:r>
      <w:proofErr w:type="spellEnd"/>
      <w:r w:rsidR="0069718E" w:rsidRPr="0069718E">
        <w:rPr>
          <w:rStyle w:val="Pogrubienie"/>
          <w:rFonts w:ascii="Arial Narrow" w:hAnsi="Arial Narrow"/>
          <w:b w:val="0"/>
          <w:sz w:val="24"/>
          <w:szCs w:val="24"/>
        </w:rPr>
        <w:t xml:space="preserve"> </w:t>
      </w:r>
      <w:proofErr w:type="spellStart"/>
      <w:r w:rsidR="0069718E" w:rsidRPr="0069718E">
        <w:rPr>
          <w:rStyle w:val="Pogrubienie"/>
          <w:rFonts w:ascii="Arial Narrow" w:hAnsi="Arial Narrow"/>
          <w:b w:val="0"/>
          <w:sz w:val="24"/>
          <w:szCs w:val="24"/>
        </w:rPr>
        <w:t>Miasta</w:t>
      </w:r>
      <w:proofErr w:type="spellEnd"/>
      <w:r w:rsidR="0069718E" w:rsidRPr="0069718E">
        <w:rPr>
          <w:rStyle w:val="Pogrubienie"/>
          <w:rFonts w:ascii="Arial Narrow" w:hAnsi="Arial Narrow"/>
          <w:b w:val="0"/>
          <w:sz w:val="24"/>
          <w:szCs w:val="24"/>
        </w:rPr>
        <w:t xml:space="preserve"> </w:t>
      </w:r>
      <w:proofErr w:type="spellStart"/>
      <w:r w:rsidR="0069718E" w:rsidRPr="0069718E">
        <w:rPr>
          <w:rStyle w:val="Pogrubienie"/>
          <w:rFonts w:ascii="Arial Narrow" w:hAnsi="Arial Narrow"/>
          <w:b w:val="0"/>
          <w:sz w:val="24"/>
          <w:szCs w:val="24"/>
        </w:rPr>
        <w:t>Włocławek</w:t>
      </w:r>
      <w:proofErr w:type="spellEnd"/>
      <w:r w:rsidR="0069718E" w:rsidRPr="0069718E">
        <w:rPr>
          <w:rStyle w:val="Pogrubienie"/>
          <w:rFonts w:ascii="Arial Narrow" w:hAnsi="Arial Narrow"/>
          <w:b w:val="0"/>
          <w:sz w:val="24"/>
          <w:szCs w:val="24"/>
        </w:rPr>
        <w:t xml:space="preserve"> z </w:t>
      </w:r>
      <w:proofErr w:type="spellStart"/>
      <w:r w:rsidR="0069718E" w:rsidRPr="0069718E">
        <w:rPr>
          <w:rStyle w:val="Pogrubienie"/>
          <w:rFonts w:ascii="Arial Narrow" w:hAnsi="Arial Narrow"/>
          <w:b w:val="0"/>
          <w:sz w:val="24"/>
          <w:szCs w:val="24"/>
        </w:rPr>
        <w:t>dnia</w:t>
      </w:r>
      <w:proofErr w:type="spellEnd"/>
      <w:r w:rsidR="0069718E" w:rsidRPr="0069718E">
        <w:rPr>
          <w:rStyle w:val="Pogrubienie"/>
          <w:rFonts w:ascii="Arial Narrow" w:hAnsi="Arial Narrow"/>
          <w:b w:val="0"/>
          <w:sz w:val="24"/>
          <w:szCs w:val="24"/>
        </w:rPr>
        <w:t xml:space="preserve"> 2 </w:t>
      </w:r>
      <w:proofErr w:type="spellStart"/>
      <w:r w:rsidR="0069718E" w:rsidRPr="0069718E">
        <w:rPr>
          <w:rStyle w:val="Pogrubienie"/>
          <w:rFonts w:ascii="Arial Narrow" w:hAnsi="Arial Narrow"/>
          <w:b w:val="0"/>
          <w:sz w:val="24"/>
          <w:szCs w:val="24"/>
        </w:rPr>
        <w:t>czerwca</w:t>
      </w:r>
      <w:proofErr w:type="spellEnd"/>
      <w:r w:rsidR="0069718E" w:rsidRPr="0069718E">
        <w:rPr>
          <w:rStyle w:val="Pogrubienie"/>
          <w:rFonts w:ascii="Arial Narrow" w:hAnsi="Arial Narrow"/>
          <w:b w:val="0"/>
          <w:sz w:val="24"/>
          <w:szCs w:val="24"/>
        </w:rPr>
        <w:t xml:space="preserve"> 2026 r</w:t>
      </w:r>
      <w:r w:rsidR="0069718E">
        <w:rPr>
          <w:rStyle w:val="Pogrubienie"/>
          <w:rFonts w:ascii="Arial Narrow" w:hAnsi="Arial Narrow"/>
          <w:b w:val="0"/>
          <w:sz w:val="24"/>
          <w:szCs w:val="24"/>
        </w:rPr>
        <w:t xml:space="preserve">. </w:t>
      </w:r>
      <w:r w:rsidR="0069718E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69718E" w:rsidRPr="00974B9B">
        <w:rPr>
          <w:rFonts w:ascii="Arial Narrow" w:hAnsi="Arial Narrow"/>
          <w:sz w:val="24"/>
          <w:szCs w:val="24"/>
        </w:rPr>
        <w:t>przekazanego</w:t>
      </w:r>
      <w:proofErr w:type="spellEnd"/>
      <w:r w:rsidR="0069718E" w:rsidRPr="00974B9B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69718E" w:rsidRPr="00974B9B">
        <w:rPr>
          <w:rFonts w:ascii="Arial Narrow" w:hAnsi="Arial Narrow"/>
          <w:sz w:val="24"/>
          <w:szCs w:val="24"/>
        </w:rPr>
        <w:t>pismem</w:t>
      </w:r>
      <w:proofErr w:type="spellEnd"/>
      <w:r w:rsidR="0069718E" w:rsidRPr="00974B9B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69718E" w:rsidRPr="00974B9B">
        <w:rPr>
          <w:rFonts w:ascii="Arial Narrow" w:hAnsi="Arial Narrow"/>
          <w:sz w:val="24"/>
          <w:szCs w:val="24"/>
        </w:rPr>
        <w:t>nr</w:t>
      </w:r>
      <w:proofErr w:type="spellEnd"/>
      <w:r w:rsidR="0069718E" w:rsidRPr="00974B9B">
        <w:rPr>
          <w:rFonts w:ascii="Arial Narrow" w:hAnsi="Arial Narrow"/>
          <w:sz w:val="24"/>
          <w:szCs w:val="24"/>
        </w:rPr>
        <w:t xml:space="preserve"> </w:t>
      </w:r>
      <w:r w:rsidR="003E1418" w:rsidRPr="00974B9B">
        <w:rPr>
          <w:rFonts w:ascii="Arial Narrow" w:hAnsi="Arial Narrow"/>
          <w:sz w:val="24"/>
          <w:szCs w:val="24"/>
        </w:rPr>
        <w:t>OPIK.ORG.0052.2.226.202</w:t>
      </w:r>
      <w:r w:rsidR="0069718E" w:rsidRPr="00974B9B">
        <w:rPr>
          <w:rFonts w:ascii="Arial Narrow" w:hAnsi="Arial Narrow"/>
          <w:sz w:val="24"/>
          <w:szCs w:val="24"/>
        </w:rPr>
        <w:t>6</w:t>
      </w:r>
      <w:r w:rsidR="0069718E">
        <w:t xml:space="preserve"> </w:t>
      </w:r>
      <w:r w:rsidRPr="00623288">
        <w:rPr>
          <w:rFonts w:ascii="Arial Narrow" w:hAnsi="Arial Narrow"/>
          <w:sz w:val="24"/>
          <w:szCs w:val="24"/>
        </w:rPr>
        <w:t xml:space="preserve">w </w:t>
      </w:r>
      <w:proofErr w:type="spellStart"/>
      <w:r w:rsidRPr="00623288">
        <w:rPr>
          <w:rFonts w:ascii="Arial Narrow" w:hAnsi="Arial Narrow"/>
          <w:sz w:val="24"/>
          <w:szCs w:val="24"/>
        </w:rPr>
        <w:t>imieniu</w:t>
      </w:r>
      <w:proofErr w:type="spellEnd"/>
      <w:r w:rsidRPr="0062328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623288">
        <w:rPr>
          <w:rFonts w:ascii="Arial Narrow" w:hAnsi="Arial Narrow"/>
          <w:sz w:val="24"/>
          <w:szCs w:val="24"/>
        </w:rPr>
        <w:t>którego</w:t>
      </w:r>
      <w:proofErr w:type="spellEnd"/>
      <w:r w:rsidRPr="0062328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623288">
        <w:rPr>
          <w:rFonts w:ascii="Arial Narrow" w:hAnsi="Arial Narrow"/>
          <w:sz w:val="24"/>
          <w:szCs w:val="24"/>
        </w:rPr>
        <w:t>działa</w:t>
      </w:r>
      <w:proofErr w:type="spellEnd"/>
      <w:r w:rsidRPr="0062328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623288">
        <w:rPr>
          <w:rFonts w:ascii="Arial Narrow" w:hAnsi="Arial Narrow"/>
          <w:sz w:val="24"/>
          <w:szCs w:val="24"/>
        </w:rPr>
        <w:t>Dyrektor</w:t>
      </w:r>
      <w:proofErr w:type="spellEnd"/>
      <w:r w:rsidRPr="0062328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623288">
        <w:rPr>
          <w:rFonts w:ascii="Arial Narrow" w:hAnsi="Arial Narrow"/>
          <w:sz w:val="24"/>
          <w:szCs w:val="24"/>
        </w:rPr>
        <w:t>Z</w:t>
      </w:r>
      <w:r w:rsidR="0069718E">
        <w:rPr>
          <w:rFonts w:ascii="Arial Narrow" w:hAnsi="Arial Narrow"/>
          <w:sz w:val="24"/>
          <w:szCs w:val="24"/>
        </w:rPr>
        <w:t>espołu</w:t>
      </w:r>
      <w:proofErr w:type="spellEnd"/>
      <w:r w:rsidR="0069718E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623288">
        <w:rPr>
          <w:rFonts w:ascii="Arial Narrow" w:hAnsi="Arial Narrow"/>
          <w:sz w:val="24"/>
          <w:szCs w:val="24"/>
        </w:rPr>
        <w:t>S</w:t>
      </w:r>
      <w:r w:rsidR="0069718E">
        <w:rPr>
          <w:rFonts w:ascii="Arial Narrow" w:hAnsi="Arial Narrow"/>
          <w:sz w:val="24"/>
          <w:szCs w:val="24"/>
        </w:rPr>
        <w:t>zkół</w:t>
      </w:r>
      <w:proofErr w:type="spellEnd"/>
      <w:r w:rsidR="0069718E">
        <w:rPr>
          <w:rFonts w:ascii="Arial Narrow" w:hAnsi="Arial Narrow"/>
          <w:sz w:val="24"/>
          <w:szCs w:val="24"/>
        </w:rPr>
        <w:t xml:space="preserve"> </w:t>
      </w:r>
      <w:r w:rsidRPr="0062328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623288">
        <w:rPr>
          <w:rFonts w:ascii="Arial Narrow" w:hAnsi="Arial Narrow"/>
          <w:sz w:val="24"/>
          <w:szCs w:val="24"/>
        </w:rPr>
        <w:t>nr</w:t>
      </w:r>
      <w:proofErr w:type="spellEnd"/>
      <w:r w:rsidRPr="00623288">
        <w:rPr>
          <w:rFonts w:ascii="Arial Narrow" w:hAnsi="Arial Narrow"/>
          <w:sz w:val="24"/>
          <w:szCs w:val="24"/>
        </w:rPr>
        <w:t xml:space="preserve"> 3</w:t>
      </w:r>
      <w:r w:rsidR="0069718E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69718E">
        <w:rPr>
          <w:rFonts w:ascii="Arial Narrow" w:hAnsi="Arial Narrow"/>
          <w:sz w:val="24"/>
          <w:szCs w:val="24"/>
        </w:rPr>
        <w:t>im</w:t>
      </w:r>
      <w:proofErr w:type="spellEnd"/>
      <w:r w:rsidR="0069718E">
        <w:rPr>
          <w:rFonts w:ascii="Arial Narrow" w:hAnsi="Arial Narrow"/>
          <w:sz w:val="24"/>
          <w:szCs w:val="24"/>
        </w:rPr>
        <w:t xml:space="preserve">. </w:t>
      </w:r>
      <w:proofErr w:type="spellStart"/>
      <w:r w:rsidR="0069718E">
        <w:rPr>
          <w:rFonts w:ascii="Arial Narrow" w:hAnsi="Arial Narrow"/>
          <w:sz w:val="24"/>
          <w:szCs w:val="24"/>
        </w:rPr>
        <w:t>Marii</w:t>
      </w:r>
      <w:proofErr w:type="spellEnd"/>
      <w:r w:rsidR="0069718E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69718E">
        <w:rPr>
          <w:rFonts w:ascii="Arial Narrow" w:hAnsi="Arial Narrow"/>
          <w:sz w:val="24"/>
          <w:szCs w:val="24"/>
        </w:rPr>
        <w:t>Grzegorzewskiej</w:t>
      </w:r>
      <w:proofErr w:type="spellEnd"/>
      <w:r w:rsidR="0069718E">
        <w:rPr>
          <w:rFonts w:ascii="Arial Narrow" w:hAnsi="Arial Narrow"/>
          <w:sz w:val="24"/>
          <w:szCs w:val="24"/>
        </w:rPr>
        <w:t xml:space="preserve"> we </w:t>
      </w:r>
      <w:proofErr w:type="spellStart"/>
      <w:r w:rsidR="0069718E">
        <w:rPr>
          <w:rFonts w:ascii="Arial Narrow" w:hAnsi="Arial Narrow"/>
          <w:sz w:val="24"/>
          <w:szCs w:val="24"/>
        </w:rPr>
        <w:t>Włocławku</w:t>
      </w:r>
      <w:proofErr w:type="spellEnd"/>
      <w:r w:rsidR="00974B9B">
        <w:rPr>
          <w:rFonts w:ascii="Arial Narrow" w:hAnsi="Arial Narrow"/>
          <w:sz w:val="24"/>
          <w:szCs w:val="24"/>
        </w:rPr>
        <w:t xml:space="preserve"> – Ewa </w:t>
      </w:r>
      <w:proofErr w:type="spellStart"/>
      <w:r w:rsidR="00974B9B">
        <w:rPr>
          <w:rFonts w:ascii="Arial Narrow" w:hAnsi="Arial Narrow"/>
          <w:sz w:val="24"/>
          <w:szCs w:val="24"/>
        </w:rPr>
        <w:t>Fol</w:t>
      </w:r>
      <w:proofErr w:type="spellEnd"/>
      <w:r w:rsidRPr="00623288">
        <w:rPr>
          <w:rFonts w:ascii="Arial Narrow" w:hAnsi="Arial Narrow"/>
          <w:sz w:val="24"/>
          <w:szCs w:val="24"/>
        </w:rPr>
        <w:t xml:space="preserve">, </w:t>
      </w:r>
      <w:proofErr w:type="spellStart"/>
      <w:r w:rsidRPr="00623288">
        <w:rPr>
          <w:rFonts w:ascii="Arial Narrow" w:hAnsi="Arial Narrow"/>
          <w:sz w:val="24"/>
          <w:szCs w:val="24"/>
        </w:rPr>
        <w:t>zaprasza</w:t>
      </w:r>
      <w:proofErr w:type="spellEnd"/>
      <w:r w:rsidRPr="00623288">
        <w:rPr>
          <w:rFonts w:ascii="Arial Narrow" w:hAnsi="Arial Narrow"/>
          <w:sz w:val="24"/>
          <w:szCs w:val="24"/>
        </w:rPr>
        <w:t xml:space="preserve"> do </w:t>
      </w:r>
      <w:proofErr w:type="spellStart"/>
      <w:r w:rsidRPr="00623288">
        <w:rPr>
          <w:rFonts w:ascii="Arial Narrow" w:hAnsi="Arial Narrow"/>
          <w:sz w:val="24"/>
          <w:szCs w:val="24"/>
        </w:rPr>
        <w:t>złożenia</w:t>
      </w:r>
      <w:proofErr w:type="spellEnd"/>
      <w:r w:rsidRPr="0062328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623288">
        <w:rPr>
          <w:rFonts w:ascii="Arial Narrow" w:hAnsi="Arial Narrow"/>
          <w:sz w:val="24"/>
          <w:szCs w:val="24"/>
        </w:rPr>
        <w:t>oferty</w:t>
      </w:r>
      <w:proofErr w:type="spellEnd"/>
      <w:r w:rsidRPr="0062328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623288">
        <w:rPr>
          <w:rFonts w:ascii="Arial Narrow" w:hAnsi="Arial Narrow"/>
          <w:sz w:val="24"/>
          <w:szCs w:val="24"/>
        </w:rPr>
        <w:t>na</w:t>
      </w:r>
      <w:proofErr w:type="spellEnd"/>
      <w:r w:rsidRPr="0062328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623288">
        <w:rPr>
          <w:rFonts w:ascii="Arial Narrow" w:hAnsi="Arial Narrow"/>
          <w:sz w:val="24"/>
          <w:szCs w:val="24"/>
        </w:rPr>
        <w:t>wykonanie</w:t>
      </w:r>
      <w:proofErr w:type="spellEnd"/>
      <w:r w:rsidRPr="0062328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69718E">
        <w:rPr>
          <w:rFonts w:ascii="Arial Narrow" w:hAnsi="Arial Narrow"/>
          <w:b/>
          <w:sz w:val="24"/>
          <w:szCs w:val="24"/>
          <w:u w:val="single"/>
        </w:rPr>
        <w:t>usługi</w:t>
      </w:r>
      <w:proofErr w:type="spellEnd"/>
      <w:r w:rsidR="0069718E">
        <w:rPr>
          <w:rFonts w:ascii="Arial Narrow" w:hAnsi="Arial Narrow"/>
          <w:b/>
          <w:sz w:val="24"/>
          <w:szCs w:val="24"/>
        </w:rPr>
        <w:t>/</w:t>
      </w:r>
      <w:proofErr w:type="spellStart"/>
      <w:r w:rsidR="0069718E" w:rsidRPr="0069718E">
        <w:rPr>
          <w:rFonts w:ascii="Arial Narrow" w:hAnsi="Arial Narrow"/>
          <w:b/>
          <w:strike/>
          <w:sz w:val="24"/>
          <w:szCs w:val="24"/>
        </w:rPr>
        <w:t>dostawy</w:t>
      </w:r>
      <w:proofErr w:type="spellEnd"/>
      <w:r w:rsidR="0069718E" w:rsidRPr="0069718E">
        <w:rPr>
          <w:rFonts w:ascii="Arial Narrow" w:hAnsi="Arial Narrow"/>
          <w:b/>
          <w:strike/>
          <w:sz w:val="24"/>
          <w:szCs w:val="24"/>
        </w:rPr>
        <w:t>/</w:t>
      </w:r>
      <w:proofErr w:type="spellStart"/>
      <w:r w:rsidR="0069718E" w:rsidRPr="0069718E">
        <w:rPr>
          <w:rFonts w:ascii="Arial Narrow" w:hAnsi="Arial Narrow"/>
          <w:b/>
          <w:strike/>
          <w:sz w:val="24"/>
          <w:szCs w:val="24"/>
        </w:rPr>
        <w:t>roboty</w:t>
      </w:r>
      <w:proofErr w:type="spellEnd"/>
      <w:r w:rsidR="0069718E" w:rsidRPr="0069718E">
        <w:rPr>
          <w:rFonts w:ascii="Arial Narrow" w:hAnsi="Arial Narrow"/>
          <w:b/>
          <w:strike/>
          <w:sz w:val="24"/>
          <w:szCs w:val="24"/>
        </w:rPr>
        <w:t xml:space="preserve"> </w:t>
      </w:r>
      <w:proofErr w:type="spellStart"/>
      <w:r w:rsidR="0069718E" w:rsidRPr="0069718E">
        <w:rPr>
          <w:rFonts w:ascii="Arial Narrow" w:hAnsi="Arial Narrow"/>
          <w:b/>
          <w:strike/>
          <w:sz w:val="24"/>
          <w:szCs w:val="24"/>
        </w:rPr>
        <w:t>budowalnej</w:t>
      </w:r>
      <w:proofErr w:type="spellEnd"/>
      <w:r w:rsidR="0069718E">
        <w:rPr>
          <w:rFonts w:ascii="Arial Narrow" w:hAnsi="Arial Narrow"/>
          <w:b/>
          <w:sz w:val="24"/>
          <w:szCs w:val="24"/>
        </w:rPr>
        <w:t>*</w:t>
      </w:r>
      <w:r w:rsidRPr="00623288">
        <w:rPr>
          <w:rFonts w:ascii="Arial Narrow" w:hAnsi="Arial Narrow"/>
          <w:sz w:val="24"/>
          <w:szCs w:val="24"/>
        </w:rPr>
        <w:t xml:space="preserve">, </w:t>
      </w:r>
      <w:proofErr w:type="spellStart"/>
      <w:r w:rsidRPr="00623288">
        <w:rPr>
          <w:rFonts w:ascii="Arial Narrow" w:hAnsi="Arial Narrow"/>
          <w:sz w:val="24"/>
          <w:szCs w:val="24"/>
        </w:rPr>
        <w:t>której</w:t>
      </w:r>
      <w:proofErr w:type="spellEnd"/>
      <w:r w:rsidRPr="0062328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623288">
        <w:rPr>
          <w:rFonts w:ascii="Arial Narrow" w:hAnsi="Arial Narrow"/>
          <w:sz w:val="24"/>
          <w:szCs w:val="24"/>
        </w:rPr>
        <w:t>wartość</w:t>
      </w:r>
      <w:proofErr w:type="spellEnd"/>
      <w:r w:rsidRPr="0062328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623288">
        <w:rPr>
          <w:rFonts w:ascii="Arial Narrow" w:hAnsi="Arial Narrow"/>
          <w:sz w:val="24"/>
          <w:szCs w:val="24"/>
        </w:rPr>
        <w:t>szacunkowa</w:t>
      </w:r>
      <w:proofErr w:type="spellEnd"/>
      <w:r w:rsidRPr="0062328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623288">
        <w:rPr>
          <w:rFonts w:ascii="Arial Narrow" w:hAnsi="Arial Narrow"/>
          <w:sz w:val="24"/>
          <w:szCs w:val="24"/>
        </w:rPr>
        <w:t>nie</w:t>
      </w:r>
      <w:proofErr w:type="spellEnd"/>
      <w:r w:rsidRPr="0062328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623288">
        <w:rPr>
          <w:rFonts w:ascii="Arial Narrow" w:hAnsi="Arial Narrow"/>
          <w:sz w:val="24"/>
          <w:szCs w:val="24"/>
        </w:rPr>
        <w:t>przekracza</w:t>
      </w:r>
      <w:proofErr w:type="spellEnd"/>
      <w:r w:rsidRPr="0062328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623288">
        <w:rPr>
          <w:rFonts w:ascii="Arial Narrow" w:hAnsi="Arial Narrow"/>
          <w:sz w:val="24"/>
          <w:szCs w:val="24"/>
        </w:rPr>
        <w:t>kwoty</w:t>
      </w:r>
      <w:proofErr w:type="spellEnd"/>
      <w:r w:rsidRPr="00623288">
        <w:rPr>
          <w:rFonts w:ascii="Arial Narrow" w:hAnsi="Arial Narrow"/>
          <w:sz w:val="24"/>
          <w:szCs w:val="24"/>
        </w:rPr>
        <w:t xml:space="preserve"> 170 000,00 </w:t>
      </w:r>
      <w:proofErr w:type="spellStart"/>
      <w:r w:rsidRPr="00623288">
        <w:rPr>
          <w:rFonts w:ascii="Arial Narrow" w:hAnsi="Arial Narrow"/>
          <w:sz w:val="24"/>
          <w:szCs w:val="24"/>
        </w:rPr>
        <w:t>zł</w:t>
      </w:r>
      <w:proofErr w:type="spellEnd"/>
      <w:r w:rsidRPr="0062328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623288">
        <w:rPr>
          <w:rFonts w:ascii="Arial Narrow" w:hAnsi="Arial Narrow"/>
          <w:sz w:val="24"/>
          <w:szCs w:val="24"/>
        </w:rPr>
        <w:t>netto</w:t>
      </w:r>
      <w:proofErr w:type="spellEnd"/>
      <w:r w:rsidRPr="00623288">
        <w:rPr>
          <w:rFonts w:ascii="Arial Narrow" w:hAnsi="Arial Narrow"/>
          <w:sz w:val="24"/>
          <w:szCs w:val="24"/>
        </w:rPr>
        <w:t xml:space="preserve">, </w:t>
      </w:r>
      <w:proofErr w:type="spellStart"/>
      <w:r w:rsidRPr="00623288">
        <w:rPr>
          <w:rFonts w:ascii="Arial Narrow" w:hAnsi="Arial Narrow"/>
          <w:sz w:val="24"/>
          <w:szCs w:val="24"/>
        </w:rPr>
        <w:t>wyłączonej</w:t>
      </w:r>
      <w:proofErr w:type="spellEnd"/>
      <w:r w:rsidRPr="0062328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623288">
        <w:rPr>
          <w:rFonts w:ascii="Arial Narrow" w:hAnsi="Arial Narrow"/>
          <w:sz w:val="24"/>
          <w:szCs w:val="24"/>
        </w:rPr>
        <w:t>ze</w:t>
      </w:r>
      <w:proofErr w:type="spellEnd"/>
      <w:r w:rsidRPr="0062328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623288">
        <w:rPr>
          <w:rFonts w:ascii="Arial Narrow" w:hAnsi="Arial Narrow"/>
          <w:sz w:val="24"/>
          <w:szCs w:val="24"/>
        </w:rPr>
        <w:t>stosowania</w:t>
      </w:r>
      <w:proofErr w:type="spellEnd"/>
      <w:r w:rsidRPr="0062328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623288">
        <w:rPr>
          <w:rFonts w:ascii="Arial Narrow" w:hAnsi="Arial Narrow"/>
          <w:sz w:val="24"/>
          <w:szCs w:val="24"/>
        </w:rPr>
        <w:t>przepisów</w:t>
      </w:r>
      <w:proofErr w:type="spellEnd"/>
      <w:r w:rsidRPr="0062328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623288">
        <w:rPr>
          <w:rFonts w:ascii="Arial Narrow" w:hAnsi="Arial Narrow"/>
          <w:sz w:val="24"/>
          <w:szCs w:val="24"/>
        </w:rPr>
        <w:t>ustawy</w:t>
      </w:r>
      <w:proofErr w:type="spellEnd"/>
      <w:r w:rsidRPr="0062328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623288">
        <w:rPr>
          <w:rFonts w:ascii="Arial Narrow" w:hAnsi="Arial Narrow"/>
          <w:sz w:val="24"/>
          <w:szCs w:val="24"/>
        </w:rPr>
        <w:t>Prawo</w:t>
      </w:r>
      <w:proofErr w:type="spellEnd"/>
      <w:r w:rsidRPr="0062328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623288">
        <w:rPr>
          <w:rFonts w:ascii="Arial Narrow" w:hAnsi="Arial Narrow"/>
          <w:sz w:val="24"/>
          <w:szCs w:val="24"/>
        </w:rPr>
        <w:t>zamówień</w:t>
      </w:r>
      <w:proofErr w:type="spellEnd"/>
      <w:r w:rsidRPr="0062328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623288">
        <w:rPr>
          <w:rFonts w:ascii="Arial Narrow" w:hAnsi="Arial Narrow"/>
          <w:sz w:val="24"/>
          <w:szCs w:val="24"/>
        </w:rPr>
        <w:t>publicznych</w:t>
      </w:r>
      <w:proofErr w:type="spellEnd"/>
      <w:r w:rsidRPr="00623288">
        <w:rPr>
          <w:rFonts w:ascii="Arial Narrow" w:hAnsi="Arial Narrow"/>
          <w:sz w:val="24"/>
          <w:szCs w:val="24"/>
        </w:rPr>
        <w:t>.</w:t>
      </w:r>
    </w:p>
    <w:p w14:paraId="11BBA49C" w14:textId="77777777" w:rsidR="00623288" w:rsidRPr="00623288" w:rsidRDefault="00623288">
      <w:pPr>
        <w:jc w:val="both"/>
        <w:rPr>
          <w:rFonts w:ascii="Arial Narrow" w:hAnsi="Arial Narrow"/>
          <w:sz w:val="24"/>
          <w:szCs w:val="24"/>
        </w:rPr>
      </w:pPr>
    </w:p>
    <w:p w14:paraId="4D26D026" w14:textId="77777777" w:rsidR="003E4F8A" w:rsidRPr="00623288" w:rsidRDefault="00231E36">
      <w:pPr>
        <w:pStyle w:val="Nagwek1"/>
        <w:rPr>
          <w:rFonts w:ascii="Arial Narrow" w:hAnsi="Arial Narrow"/>
          <w:sz w:val="24"/>
          <w:szCs w:val="24"/>
        </w:rPr>
      </w:pPr>
      <w:r w:rsidRPr="00623288">
        <w:rPr>
          <w:rFonts w:ascii="Arial Narrow" w:hAnsi="Arial Narrow"/>
          <w:sz w:val="24"/>
          <w:szCs w:val="24"/>
        </w:rPr>
        <w:t>1. Określenie przedmiotu zamówienia</w:t>
      </w:r>
    </w:p>
    <w:p w14:paraId="46D7A99F" w14:textId="77777777" w:rsidR="00385C26" w:rsidRPr="00623288" w:rsidRDefault="00231E36">
      <w:pPr>
        <w:rPr>
          <w:rFonts w:ascii="Arial Narrow" w:hAnsi="Arial Narrow"/>
          <w:b/>
          <w:sz w:val="24"/>
          <w:szCs w:val="24"/>
        </w:rPr>
      </w:pPr>
      <w:r w:rsidRPr="00623288">
        <w:rPr>
          <w:rFonts w:ascii="Arial Narrow" w:hAnsi="Arial Narrow"/>
          <w:b/>
          <w:sz w:val="24"/>
          <w:szCs w:val="24"/>
        </w:rPr>
        <w:t xml:space="preserve">Nazwa zamówienia: </w:t>
      </w:r>
    </w:p>
    <w:p w14:paraId="1B4244D9" w14:textId="1CECAE9D" w:rsidR="0069718E" w:rsidRPr="0069718E" w:rsidRDefault="0069718E">
      <w:pPr>
        <w:jc w:val="both"/>
        <w:rPr>
          <w:rFonts w:ascii="Arial Narrow" w:hAnsi="Arial Narrow"/>
          <w:b/>
          <w:sz w:val="32"/>
          <w:szCs w:val="24"/>
        </w:rPr>
      </w:pPr>
      <w:proofErr w:type="spellStart"/>
      <w:r w:rsidRPr="0069718E">
        <w:rPr>
          <w:rFonts w:ascii="Arial Narrow" w:hAnsi="Arial Narrow"/>
          <w:sz w:val="24"/>
        </w:rPr>
        <w:t>Świadczenie</w:t>
      </w:r>
      <w:proofErr w:type="spellEnd"/>
      <w:r w:rsidRPr="0069718E">
        <w:rPr>
          <w:rFonts w:ascii="Arial Narrow" w:hAnsi="Arial Narrow"/>
          <w:sz w:val="24"/>
        </w:rPr>
        <w:t xml:space="preserve"> </w:t>
      </w:r>
      <w:proofErr w:type="spellStart"/>
      <w:r w:rsidRPr="0069718E">
        <w:rPr>
          <w:rFonts w:ascii="Arial Narrow" w:hAnsi="Arial Narrow"/>
          <w:sz w:val="24"/>
        </w:rPr>
        <w:t>usługi</w:t>
      </w:r>
      <w:proofErr w:type="spellEnd"/>
      <w:r w:rsidRPr="0069718E">
        <w:rPr>
          <w:rFonts w:ascii="Arial Narrow" w:hAnsi="Arial Narrow"/>
          <w:sz w:val="24"/>
        </w:rPr>
        <w:t xml:space="preserve"> </w:t>
      </w:r>
      <w:proofErr w:type="spellStart"/>
      <w:r w:rsidRPr="0069718E">
        <w:rPr>
          <w:rFonts w:ascii="Arial Narrow" w:hAnsi="Arial Narrow"/>
          <w:sz w:val="24"/>
        </w:rPr>
        <w:t>dowozu</w:t>
      </w:r>
      <w:proofErr w:type="spellEnd"/>
      <w:r w:rsidRPr="0069718E">
        <w:rPr>
          <w:rFonts w:ascii="Arial Narrow" w:hAnsi="Arial Narrow"/>
          <w:sz w:val="24"/>
        </w:rPr>
        <w:t xml:space="preserve"> </w:t>
      </w:r>
      <w:proofErr w:type="spellStart"/>
      <w:r w:rsidRPr="0069718E">
        <w:rPr>
          <w:rFonts w:ascii="Arial Narrow" w:hAnsi="Arial Narrow"/>
          <w:sz w:val="24"/>
        </w:rPr>
        <w:t>uczestników</w:t>
      </w:r>
      <w:proofErr w:type="spellEnd"/>
      <w:r w:rsidRPr="0069718E">
        <w:rPr>
          <w:rFonts w:ascii="Arial Narrow" w:hAnsi="Arial Narrow"/>
          <w:sz w:val="24"/>
        </w:rPr>
        <w:t xml:space="preserve"> </w:t>
      </w:r>
      <w:proofErr w:type="spellStart"/>
      <w:r w:rsidRPr="0069718E">
        <w:rPr>
          <w:rFonts w:ascii="Arial Narrow" w:hAnsi="Arial Narrow"/>
          <w:sz w:val="24"/>
        </w:rPr>
        <w:t>Programu</w:t>
      </w:r>
      <w:proofErr w:type="spellEnd"/>
      <w:r w:rsidRPr="0069718E">
        <w:rPr>
          <w:rFonts w:ascii="Arial Narrow" w:hAnsi="Arial Narrow"/>
          <w:sz w:val="24"/>
        </w:rPr>
        <w:t xml:space="preserve"> „</w:t>
      </w:r>
      <w:proofErr w:type="spellStart"/>
      <w:r w:rsidRPr="0069718E">
        <w:rPr>
          <w:rFonts w:ascii="Arial Narrow" w:hAnsi="Arial Narrow"/>
          <w:sz w:val="24"/>
        </w:rPr>
        <w:t>Rehabilitacja</w:t>
      </w:r>
      <w:proofErr w:type="spellEnd"/>
      <w:r w:rsidRPr="0069718E">
        <w:rPr>
          <w:rFonts w:ascii="Arial Narrow" w:hAnsi="Arial Narrow"/>
          <w:sz w:val="24"/>
        </w:rPr>
        <w:t xml:space="preserve"> 25 plus” </w:t>
      </w:r>
      <w:proofErr w:type="spellStart"/>
      <w:r w:rsidRPr="0069718E">
        <w:rPr>
          <w:rFonts w:ascii="Arial Narrow" w:hAnsi="Arial Narrow"/>
          <w:sz w:val="24"/>
        </w:rPr>
        <w:t>na</w:t>
      </w:r>
      <w:proofErr w:type="spellEnd"/>
      <w:r w:rsidRPr="0069718E">
        <w:rPr>
          <w:rFonts w:ascii="Arial Narrow" w:hAnsi="Arial Narrow"/>
          <w:sz w:val="24"/>
        </w:rPr>
        <w:t xml:space="preserve"> </w:t>
      </w:r>
      <w:proofErr w:type="spellStart"/>
      <w:r w:rsidRPr="0069718E">
        <w:rPr>
          <w:rFonts w:ascii="Arial Narrow" w:hAnsi="Arial Narrow"/>
          <w:sz w:val="24"/>
        </w:rPr>
        <w:t>zajęcia</w:t>
      </w:r>
      <w:proofErr w:type="spellEnd"/>
      <w:r w:rsidRPr="0069718E">
        <w:rPr>
          <w:rFonts w:ascii="Arial Narrow" w:hAnsi="Arial Narrow"/>
          <w:sz w:val="24"/>
        </w:rPr>
        <w:t xml:space="preserve"> </w:t>
      </w:r>
      <w:proofErr w:type="spellStart"/>
      <w:r w:rsidRPr="0069718E">
        <w:rPr>
          <w:rFonts w:ascii="Arial Narrow" w:hAnsi="Arial Narrow"/>
          <w:sz w:val="24"/>
        </w:rPr>
        <w:t>i</w:t>
      </w:r>
      <w:proofErr w:type="spellEnd"/>
      <w:r w:rsidRPr="0069718E">
        <w:rPr>
          <w:rFonts w:ascii="Arial Narrow" w:hAnsi="Arial Narrow"/>
          <w:sz w:val="24"/>
        </w:rPr>
        <w:t xml:space="preserve"> </w:t>
      </w:r>
      <w:proofErr w:type="spellStart"/>
      <w:r w:rsidRPr="0069718E">
        <w:rPr>
          <w:rFonts w:ascii="Arial Narrow" w:hAnsi="Arial Narrow"/>
          <w:sz w:val="24"/>
        </w:rPr>
        <w:t>inne</w:t>
      </w:r>
      <w:proofErr w:type="spellEnd"/>
      <w:r w:rsidRPr="0069718E">
        <w:rPr>
          <w:rFonts w:ascii="Arial Narrow" w:hAnsi="Arial Narrow"/>
          <w:sz w:val="24"/>
        </w:rPr>
        <w:t xml:space="preserve"> </w:t>
      </w:r>
      <w:proofErr w:type="spellStart"/>
      <w:r w:rsidRPr="0069718E">
        <w:rPr>
          <w:rFonts w:ascii="Arial Narrow" w:hAnsi="Arial Narrow"/>
          <w:sz w:val="24"/>
        </w:rPr>
        <w:t>działania</w:t>
      </w:r>
      <w:proofErr w:type="spellEnd"/>
      <w:r w:rsidRPr="0069718E">
        <w:rPr>
          <w:rFonts w:ascii="Arial Narrow" w:hAnsi="Arial Narrow"/>
          <w:sz w:val="24"/>
        </w:rPr>
        <w:t xml:space="preserve"> </w:t>
      </w:r>
      <w:proofErr w:type="spellStart"/>
      <w:r w:rsidRPr="0069718E">
        <w:rPr>
          <w:rFonts w:ascii="Arial Narrow" w:hAnsi="Arial Narrow"/>
          <w:sz w:val="24"/>
        </w:rPr>
        <w:t>realizowane</w:t>
      </w:r>
      <w:proofErr w:type="spellEnd"/>
      <w:r w:rsidRPr="0069718E">
        <w:rPr>
          <w:rFonts w:ascii="Arial Narrow" w:hAnsi="Arial Narrow"/>
          <w:sz w:val="24"/>
        </w:rPr>
        <w:t xml:space="preserve"> w </w:t>
      </w:r>
      <w:proofErr w:type="spellStart"/>
      <w:r w:rsidRPr="0069718E">
        <w:rPr>
          <w:rFonts w:ascii="Arial Narrow" w:hAnsi="Arial Narrow"/>
          <w:sz w:val="24"/>
        </w:rPr>
        <w:t>ramach</w:t>
      </w:r>
      <w:proofErr w:type="spellEnd"/>
      <w:r w:rsidRPr="0069718E">
        <w:rPr>
          <w:rFonts w:ascii="Arial Narrow" w:hAnsi="Arial Narrow"/>
          <w:sz w:val="24"/>
        </w:rPr>
        <w:t xml:space="preserve"> </w:t>
      </w:r>
      <w:proofErr w:type="spellStart"/>
      <w:r w:rsidRPr="0069718E">
        <w:rPr>
          <w:rFonts w:ascii="Arial Narrow" w:hAnsi="Arial Narrow"/>
          <w:sz w:val="24"/>
        </w:rPr>
        <w:t>Programu</w:t>
      </w:r>
      <w:proofErr w:type="spellEnd"/>
      <w:r w:rsidRPr="0069718E">
        <w:rPr>
          <w:rFonts w:ascii="Arial Narrow" w:hAnsi="Arial Narrow"/>
          <w:sz w:val="24"/>
        </w:rPr>
        <w:t>.</w:t>
      </w:r>
    </w:p>
    <w:p w14:paraId="7018EE86" w14:textId="77777777" w:rsidR="00831A62" w:rsidRDefault="00831A62">
      <w:pPr>
        <w:jc w:val="both"/>
        <w:rPr>
          <w:rFonts w:ascii="Arial Narrow" w:hAnsi="Arial Narrow"/>
          <w:b/>
          <w:sz w:val="24"/>
          <w:szCs w:val="24"/>
        </w:rPr>
      </w:pPr>
    </w:p>
    <w:p w14:paraId="557FE3A9" w14:textId="5EA468B2" w:rsidR="00385C26" w:rsidRPr="00623288" w:rsidRDefault="00231E36">
      <w:pPr>
        <w:jc w:val="both"/>
        <w:rPr>
          <w:rFonts w:ascii="Arial Narrow" w:hAnsi="Arial Narrow"/>
          <w:b/>
          <w:sz w:val="24"/>
          <w:szCs w:val="24"/>
        </w:rPr>
      </w:pPr>
      <w:proofErr w:type="spellStart"/>
      <w:r w:rsidRPr="00623288">
        <w:rPr>
          <w:rFonts w:ascii="Arial Narrow" w:hAnsi="Arial Narrow"/>
          <w:b/>
          <w:sz w:val="24"/>
          <w:szCs w:val="24"/>
        </w:rPr>
        <w:t>Szczegółowy</w:t>
      </w:r>
      <w:proofErr w:type="spellEnd"/>
      <w:r w:rsidRPr="00623288">
        <w:rPr>
          <w:rFonts w:ascii="Arial Narrow" w:hAnsi="Arial Narrow"/>
          <w:b/>
          <w:sz w:val="24"/>
          <w:szCs w:val="24"/>
        </w:rPr>
        <w:t xml:space="preserve"> </w:t>
      </w:r>
      <w:proofErr w:type="spellStart"/>
      <w:r w:rsidRPr="00623288">
        <w:rPr>
          <w:rFonts w:ascii="Arial Narrow" w:hAnsi="Arial Narrow"/>
          <w:b/>
          <w:sz w:val="24"/>
          <w:szCs w:val="24"/>
        </w:rPr>
        <w:t>opis</w:t>
      </w:r>
      <w:proofErr w:type="spellEnd"/>
      <w:r w:rsidRPr="00623288">
        <w:rPr>
          <w:rFonts w:ascii="Arial Narrow" w:hAnsi="Arial Narrow"/>
          <w:b/>
          <w:sz w:val="24"/>
          <w:szCs w:val="24"/>
        </w:rPr>
        <w:t xml:space="preserve"> </w:t>
      </w:r>
      <w:proofErr w:type="spellStart"/>
      <w:r w:rsidRPr="00623288">
        <w:rPr>
          <w:rFonts w:ascii="Arial Narrow" w:hAnsi="Arial Narrow"/>
          <w:b/>
          <w:sz w:val="24"/>
          <w:szCs w:val="24"/>
        </w:rPr>
        <w:t>przedmiotu</w:t>
      </w:r>
      <w:proofErr w:type="spellEnd"/>
      <w:r w:rsidRPr="00623288">
        <w:rPr>
          <w:rFonts w:ascii="Arial Narrow" w:hAnsi="Arial Narrow"/>
          <w:b/>
          <w:sz w:val="24"/>
          <w:szCs w:val="24"/>
        </w:rPr>
        <w:t xml:space="preserve"> </w:t>
      </w:r>
      <w:proofErr w:type="spellStart"/>
      <w:r w:rsidRPr="00623288">
        <w:rPr>
          <w:rFonts w:ascii="Arial Narrow" w:hAnsi="Arial Narrow"/>
          <w:b/>
          <w:sz w:val="24"/>
          <w:szCs w:val="24"/>
        </w:rPr>
        <w:t>zamówienia</w:t>
      </w:r>
      <w:proofErr w:type="spellEnd"/>
      <w:r w:rsidRPr="00623288">
        <w:rPr>
          <w:rFonts w:ascii="Arial Narrow" w:hAnsi="Arial Narrow"/>
          <w:b/>
          <w:sz w:val="24"/>
          <w:szCs w:val="24"/>
        </w:rPr>
        <w:t xml:space="preserve"> </w:t>
      </w:r>
      <w:proofErr w:type="spellStart"/>
      <w:r w:rsidRPr="00623288">
        <w:rPr>
          <w:rFonts w:ascii="Arial Narrow" w:hAnsi="Arial Narrow"/>
          <w:b/>
          <w:sz w:val="24"/>
          <w:szCs w:val="24"/>
        </w:rPr>
        <w:t>oraz</w:t>
      </w:r>
      <w:proofErr w:type="spellEnd"/>
      <w:r w:rsidRPr="00623288">
        <w:rPr>
          <w:rFonts w:ascii="Arial Narrow" w:hAnsi="Arial Narrow"/>
          <w:b/>
          <w:sz w:val="24"/>
          <w:szCs w:val="24"/>
        </w:rPr>
        <w:t xml:space="preserve"> </w:t>
      </w:r>
      <w:proofErr w:type="spellStart"/>
      <w:r w:rsidRPr="00623288">
        <w:rPr>
          <w:rFonts w:ascii="Arial Narrow" w:hAnsi="Arial Narrow"/>
          <w:b/>
          <w:sz w:val="24"/>
          <w:szCs w:val="24"/>
        </w:rPr>
        <w:t>specyfikacja</w:t>
      </w:r>
      <w:proofErr w:type="spellEnd"/>
      <w:r w:rsidRPr="00623288">
        <w:rPr>
          <w:rFonts w:ascii="Arial Narrow" w:hAnsi="Arial Narrow"/>
          <w:b/>
          <w:sz w:val="24"/>
          <w:szCs w:val="24"/>
        </w:rPr>
        <w:t xml:space="preserve"> </w:t>
      </w:r>
      <w:proofErr w:type="spellStart"/>
      <w:r w:rsidRPr="00623288">
        <w:rPr>
          <w:rFonts w:ascii="Arial Narrow" w:hAnsi="Arial Narrow"/>
          <w:b/>
          <w:sz w:val="24"/>
          <w:szCs w:val="24"/>
        </w:rPr>
        <w:t>techniczna</w:t>
      </w:r>
      <w:proofErr w:type="spellEnd"/>
      <w:r w:rsidRPr="00623288">
        <w:rPr>
          <w:rFonts w:ascii="Arial Narrow" w:hAnsi="Arial Narrow"/>
          <w:b/>
          <w:sz w:val="24"/>
          <w:szCs w:val="24"/>
        </w:rPr>
        <w:t>:</w:t>
      </w:r>
    </w:p>
    <w:p w14:paraId="3366C619" w14:textId="77777777" w:rsidR="00173F33" w:rsidRDefault="00173F33" w:rsidP="00173F33">
      <w:p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val="pl-PL" w:eastAsia="pl-PL"/>
        </w:rPr>
      </w:pPr>
      <w:r w:rsidRPr="00173F33">
        <w:rPr>
          <w:rFonts w:ascii="Arial Narrow" w:eastAsia="Times New Roman" w:hAnsi="Arial Narrow" w:cs="Times New Roman"/>
          <w:sz w:val="24"/>
          <w:szCs w:val="24"/>
          <w:lang w:val="pl-PL" w:eastAsia="pl-PL"/>
        </w:rPr>
        <w:t xml:space="preserve">Przedmiotem zamówienia jest świadczenie przez Wykonawcę zewnętrznego usług transportowych związanych </w:t>
      </w:r>
      <w:r>
        <w:rPr>
          <w:rFonts w:ascii="Arial Narrow" w:eastAsia="Times New Roman" w:hAnsi="Arial Narrow" w:cs="Times New Roman"/>
          <w:sz w:val="24"/>
          <w:szCs w:val="24"/>
          <w:lang w:val="pl-PL" w:eastAsia="pl-PL"/>
        </w:rPr>
        <w:br/>
      </w:r>
      <w:r w:rsidRPr="00173F33">
        <w:rPr>
          <w:rFonts w:ascii="Arial Narrow" w:eastAsia="Times New Roman" w:hAnsi="Arial Narrow" w:cs="Times New Roman"/>
          <w:sz w:val="24"/>
          <w:szCs w:val="24"/>
          <w:lang w:val="pl-PL" w:eastAsia="pl-PL"/>
        </w:rPr>
        <w:t>z realizacją Programu „Rehabilitacja 25 plus”.</w:t>
      </w:r>
    </w:p>
    <w:p w14:paraId="34CACBBD" w14:textId="04C92395" w:rsidR="00173F33" w:rsidRPr="00173F33" w:rsidRDefault="00173F33" w:rsidP="00173F33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val="pl-PL" w:eastAsia="pl-PL"/>
        </w:rPr>
      </w:pPr>
      <w:r w:rsidRPr="00173F33">
        <w:rPr>
          <w:rFonts w:ascii="Arial Narrow" w:eastAsia="Times New Roman" w:hAnsi="Arial Narrow" w:cs="Times New Roman"/>
          <w:sz w:val="24"/>
          <w:szCs w:val="24"/>
          <w:lang w:val="pl-PL" w:eastAsia="pl-PL"/>
        </w:rPr>
        <w:t>Zakres zamówienia obejmuje w szczególności:</w:t>
      </w:r>
    </w:p>
    <w:p w14:paraId="62F6D671" w14:textId="08CA850D" w:rsidR="00173F33" w:rsidRPr="00173F33" w:rsidRDefault="00173F33" w:rsidP="00173F33">
      <w:pPr>
        <w:numPr>
          <w:ilvl w:val="0"/>
          <w:numId w:val="11"/>
        </w:num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val="pl-PL" w:eastAsia="pl-PL"/>
        </w:rPr>
      </w:pPr>
      <w:r w:rsidRPr="00173F33">
        <w:rPr>
          <w:rFonts w:ascii="Arial Narrow" w:eastAsia="Times New Roman" w:hAnsi="Arial Narrow" w:cs="Times New Roman"/>
          <w:sz w:val="24"/>
          <w:szCs w:val="24"/>
          <w:lang w:val="pl-PL" w:eastAsia="pl-PL"/>
        </w:rPr>
        <w:t xml:space="preserve">dowóz i odwóz uczestników na zajęcia realizowane w ramach Programu oraz przewozy związane </w:t>
      </w:r>
      <w:r>
        <w:rPr>
          <w:rFonts w:ascii="Arial Narrow" w:eastAsia="Times New Roman" w:hAnsi="Arial Narrow" w:cs="Times New Roman"/>
          <w:sz w:val="24"/>
          <w:szCs w:val="24"/>
          <w:lang w:val="pl-PL" w:eastAsia="pl-PL"/>
        </w:rPr>
        <w:br/>
      </w:r>
      <w:r w:rsidRPr="00173F33">
        <w:rPr>
          <w:rFonts w:ascii="Arial Narrow" w:eastAsia="Times New Roman" w:hAnsi="Arial Narrow" w:cs="Times New Roman"/>
          <w:sz w:val="24"/>
          <w:szCs w:val="24"/>
          <w:lang w:val="pl-PL" w:eastAsia="pl-PL"/>
        </w:rPr>
        <w:t>z zajęciami aktywizującymi, aktywizacją zawodową oraz rehabilitacją zawodową i społeczną;</w:t>
      </w:r>
    </w:p>
    <w:p w14:paraId="328DA383" w14:textId="77777777" w:rsidR="00173F33" w:rsidRPr="00173F33" w:rsidRDefault="00173F33" w:rsidP="00173F33">
      <w:pPr>
        <w:numPr>
          <w:ilvl w:val="0"/>
          <w:numId w:val="11"/>
        </w:num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val="pl-PL" w:eastAsia="pl-PL"/>
        </w:rPr>
      </w:pPr>
      <w:r w:rsidRPr="00173F33">
        <w:rPr>
          <w:rFonts w:ascii="Arial Narrow" w:eastAsia="Times New Roman" w:hAnsi="Arial Narrow" w:cs="Times New Roman"/>
          <w:sz w:val="24"/>
          <w:szCs w:val="24"/>
          <w:lang w:val="pl-PL" w:eastAsia="pl-PL"/>
        </w:rPr>
        <w:t>transport uczestników w związku z wyjazdami edukacyjnymi i terapeutycznymi;</w:t>
      </w:r>
    </w:p>
    <w:p w14:paraId="7EC6B918" w14:textId="77777777" w:rsidR="00173F33" w:rsidRPr="00173F33" w:rsidRDefault="00173F33" w:rsidP="00173F33">
      <w:pPr>
        <w:numPr>
          <w:ilvl w:val="0"/>
          <w:numId w:val="11"/>
        </w:num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val="pl-PL" w:eastAsia="pl-PL"/>
        </w:rPr>
      </w:pPr>
      <w:r w:rsidRPr="00173F33">
        <w:rPr>
          <w:rFonts w:ascii="Arial Narrow" w:eastAsia="Times New Roman" w:hAnsi="Arial Narrow" w:cs="Times New Roman"/>
          <w:sz w:val="24"/>
          <w:szCs w:val="24"/>
          <w:lang w:val="pl-PL" w:eastAsia="pl-PL"/>
        </w:rPr>
        <w:t>transport związany z innymi działaniami i formami wsparcia realizowanymi w ramach Programu.</w:t>
      </w:r>
    </w:p>
    <w:p w14:paraId="28B7CC20" w14:textId="77777777" w:rsidR="00173F33" w:rsidRPr="00173F33" w:rsidRDefault="00173F33" w:rsidP="00173F33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val="pl-PL" w:eastAsia="pl-PL"/>
        </w:rPr>
      </w:pPr>
      <w:r w:rsidRPr="00173F33">
        <w:rPr>
          <w:rFonts w:ascii="Arial Narrow" w:eastAsia="Times New Roman" w:hAnsi="Arial Narrow" w:cs="Times New Roman"/>
          <w:sz w:val="24"/>
          <w:szCs w:val="24"/>
          <w:lang w:val="pl-PL" w:eastAsia="pl-PL"/>
        </w:rPr>
        <w:t>Usługi transportowe będą realizowane zgodnie z harmonogramem zajęć i działań przewidzianych w ramach Programu oraz bieżącymi potrzebami Zamawiającego.</w:t>
      </w:r>
    </w:p>
    <w:p w14:paraId="2E1EAB96" w14:textId="16AE11FE" w:rsidR="00173F33" w:rsidRPr="00173F33" w:rsidRDefault="00173F33" w:rsidP="00173F33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val="pl-PL" w:eastAsia="pl-PL"/>
        </w:rPr>
      </w:pPr>
      <w:r w:rsidRPr="00173F33">
        <w:rPr>
          <w:rFonts w:ascii="Arial Narrow" w:eastAsia="Times New Roman" w:hAnsi="Arial Narrow" w:cs="Times New Roman"/>
          <w:sz w:val="24"/>
          <w:szCs w:val="24"/>
          <w:lang w:val="pl-PL" w:eastAsia="pl-PL"/>
        </w:rPr>
        <w:t xml:space="preserve">Szacowana liczba kilometrów związanych z dowozem uczestników na zajęcia wynosi </w:t>
      </w:r>
      <w:r w:rsidRPr="00173F33">
        <w:rPr>
          <w:rFonts w:ascii="Arial Narrow" w:eastAsia="Times New Roman" w:hAnsi="Arial Narrow" w:cs="Times New Roman"/>
          <w:bCs/>
          <w:sz w:val="24"/>
          <w:szCs w:val="24"/>
          <w:lang w:val="pl-PL" w:eastAsia="pl-PL"/>
        </w:rPr>
        <w:t xml:space="preserve">120 km dziennie, 5 dni </w:t>
      </w:r>
      <w:r>
        <w:rPr>
          <w:rFonts w:ascii="Arial Narrow" w:eastAsia="Times New Roman" w:hAnsi="Arial Narrow" w:cs="Times New Roman"/>
          <w:bCs/>
          <w:sz w:val="24"/>
          <w:szCs w:val="24"/>
          <w:lang w:val="pl-PL" w:eastAsia="pl-PL"/>
        </w:rPr>
        <w:br/>
      </w:r>
      <w:r w:rsidRPr="00173F33">
        <w:rPr>
          <w:rFonts w:ascii="Arial Narrow" w:eastAsia="Times New Roman" w:hAnsi="Arial Narrow" w:cs="Times New Roman"/>
          <w:bCs/>
          <w:sz w:val="24"/>
          <w:szCs w:val="24"/>
          <w:lang w:val="pl-PL" w:eastAsia="pl-PL"/>
        </w:rPr>
        <w:t>w tygodniu przez 48 tygodni</w:t>
      </w:r>
      <w:r w:rsidRPr="00173F33">
        <w:rPr>
          <w:rFonts w:ascii="Arial Narrow" w:eastAsia="Times New Roman" w:hAnsi="Arial Narrow" w:cs="Times New Roman"/>
          <w:sz w:val="24"/>
          <w:szCs w:val="24"/>
          <w:lang w:val="pl-PL" w:eastAsia="pl-PL"/>
        </w:rPr>
        <w:t xml:space="preserve">, tj. łącznie około </w:t>
      </w:r>
      <w:r w:rsidRPr="00173F33">
        <w:rPr>
          <w:rFonts w:ascii="Arial Narrow" w:eastAsia="Times New Roman" w:hAnsi="Arial Narrow" w:cs="Times New Roman"/>
          <w:bCs/>
          <w:sz w:val="24"/>
          <w:szCs w:val="24"/>
          <w:lang w:val="pl-PL" w:eastAsia="pl-PL"/>
        </w:rPr>
        <w:t>28 800 km</w:t>
      </w:r>
      <w:r w:rsidRPr="00173F33">
        <w:rPr>
          <w:rFonts w:ascii="Arial Narrow" w:eastAsia="Times New Roman" w:hAnsi="Arial Narrow" w:cs="Times New Roman"/>
          <w:sz w:val="24"/>
          <w:szCs w:val="24"/>
          <w:lang w:val="pl-PL" w:eastAsia="pl-PL"/>
        </w:rPr>
        <w:t>.</w:t>
      </w:r>
    </w:p>
    <w:p w14:paraId="69A969AA" w14:textId="77777777" w:rsidR="00173F33" w:rsidRPr="00173F33" w:rsidRDefault="00173F33" w:rsidP="00173F33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val="pl-PL" w:eastAsia="pl-PL"/>
        </w:rPr>
      </w:pPr>
      <w:r w:rsidRPr="00173F33">
        <w:rPr>
          <w:rFonts w:ascii="Arial Narrow" w:eastAsia="Times New Roman" w:hAnsi="Arial Narrow" w:cs="Times New Roman"/>
          <w:sz w:val="24"/>
          <w:szCs w:val="24"/>
          <w:lang w:val="pl-PL" w:eastAsia="pl-PL"/>
        </w:rPr>
        <w:t>Podana liczba kilometrów ma charakter szacunkowy. Rzeczywista liczba wykonanych kilometrów będzie wynikała z faktycznie zrealizowanych przewozów oraz potrzeb związanych z realizacją Programu.</w:t>
      </w:r>
    </w:p>
    <w:p w14:paraId="69342F01" w14:textId="03B9F9D4" w:rsidR="00173F33" w:rsidRDefault="00173F33" w:rsidP="00831A62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val="pl-PL" w:eastAsia="pl-PL"/>
        </w:rPr>
      </w:pPr>
      <w:r w:rsidRPr="00173F33">
        <w:rPr>
          <w:rFonts w:ascii="Arial Narrow" w:eastAsia="Times New Roman" w:hAnsi="Arial Narrow" w:cs="Times New Roman"/>
          <w:sz w:val="24"/>
          <w:szCs w:val="24"/>
          <w:lang w:val="pl-PL" w:eastAsia="pl-PL"/>
        </w:rPr>
        <w:t xml:space="preserve">Rozliczenie usług transportowych będzie następowało na podstawie faktycznie wykonanych przewozów </w:t>
      </w:r>
      <w:r>
        <w:rPr>
          <w:rFonts w:ascii="Arial Narrow" w:eastAsia="Times New Roman" w:hAnsi="Arial Narrow" w:cs="Times New Roman"/>
          <w:sz w:val="24"/>
          <w:szCs w:val="24"/>
          <w:lang w:val="pl-PL" w:eastAsia="pl-PL"/>
        </w:rPr>
        <w:br/>
      </w:r>
      <w:r w:rsidRPr="00173F33">
        <w:rPr>
          <w:rFonts w:ascii="Arial Narrow" w:eastAsia="Times New Roman" w:hAnsi="Arial Narrow" w:cs="Times New Roman"/>
          <w:sz w:val="24"/>
          <w:szCs w:val="24"/>
          <w:lang w:val="pl-PL" w:eastAsia="pl-PL"/>
        </w:rPr>
        <w:t>i wystawionych przez Wykonawcę faktur VAT.</w:t>
      </w:r>
    </w:p>
    <w:p w14:paraId="10B1E0E8" w14:textId="77777777" w:rsidR="00831A62" w:rsidRPr="00831A62" w:rsidRDefault="00831A62" w:rsidP="00831A62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val="pl-PL" w:eastAsia="pl-PL"/>
        </w:rPr>
      </w:pPr>
    </w:p>
    <w:p w14:paraId="36AE675A" w14:textId="130DE22D" w:rsidR="003E4F8A" w:rsidRDefault="00231E36">
      <w:pPr>
        <w:spacing w:before="100"/>
        <w:rPr>
          <w:rFonts w:ascii="Arial Narrow" w:hAnsi="Arial Narrow"/>
          <w:b/>
          <w:sz w:val="24"/>
          <w:szCs w:val="24"/>
        </w:rPr>
      </w:pPr>
      <w:proofErr w:type="spellStart"/>
      <w:r w:rsidRPr="00623288">
        <w:rPr>
          <w:rFonts w:ascii="Arial Narrow" w:hAnsi="Arial Narrow"/>
          <w:b/>
          <w:sz w:val="24"/>
          <w:szCs w:val="24"/>
        </w:rPr>
        <w:t>Specyfikacja</w:t>
      </w:r>
      <w:proofErr w:type="spellEnd"/>
      <w:r w:rsidRPr="00623288">
        <w:rPr>
          <w:rFonts w:ascii="Arial Narrow" w:hAnsi="Arial Narrow"/>
          <w:b/>
          <w:sz w:val="24"/>
          <w:szCs w:val="24"/>
        </w:rPr>
        <w:t xml:space="preserve"> </w:t>
      </w:r>
      <w:proofErr w:type="spellStart"/>
      <w:r w:rsidRPr="00623288">
        <w:rPr>
          <w:rFonts w:ascii="Arial Narrow" w:hAnsi="Arial Narrow"/>
          <w:b/>
          <w:sz w:val="24"/>
          <w:szCs w:val="24"/>
        </w:rPr>
        <w:t>ogólna</w:t>
      </w:r>
      <w:proofErr w:type="spellEnd"/>
    </w:p>
    <w:p w14:paraId="16AA8D2D" w14:textId="77777777" w:rsidR="00831A62" w:rsidRPr="00623288" w:rsidRDefault="00831A62">
      <w:pPr>
        <w:spacing w:before="100"/>
        <w:rPr>
          <w:rFonts w:ascii="Arial Narrow" w:hAnsi="Arial Narrow"/>
          <w:sz w:val="24"/>
          <w:szCs w:val="24"/>
        </w:rPr>
      </w:pP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6374"/>
        <w:gridCol w:w="2977"/>
      </w:tblGrid>
      <w:tr w:rsidR="00385C26" w:rsidRPr="00623288" w14:paraId="760B6D8E" w14:textId="77777777" w:rsidTr="00173F33">
        <w:trPr>
          <w:jc w:val="center"/>
        </w:trPr>
        <w:tc>
          <w:tcPr>
            <w:tcW w:w="567" w:type="dxa"/>
            <w:shd w:val="clear" w:color="auto" w:fill="D9EA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BBFAEA7" w14:textId="77777777" w:rsidR="00385C26" w:rsidRPr="00623288" w:rsidRDefault="00385C2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623288">
              <w:rPr>
                <w:rFonts w:ascii="Arial Narrow" w:hAnsi="Arial Narrow"/>
                <w:b/>
                <w:sz w:val="24"/>
                <w:szCs w:val="24"/>
              </w:rPr>
              <w:t>Lp</w:t>
            </w:r>
            <w:proofErr w:type="spellEnd"/>
            <w:r w:rsidRPr="00623288">
              <w:rPr>
                <w:rFonts w:ascii="Arial Narrow" w:hAnsi="Arial Narrow"/>
                <w:b/>
                <w:sz w:val="24"/>
                <w:szCs w:val="24"/>
              </w:rPr>
              <w:t>.</w:t>
            </w:r>
          </w:p>
        </w:tc>
        <w:tc>
          <w:tcPr>
            <w:tcW w:w="6374" w:type="dxa"/>
            <w:shd w:val="clear" w:color="auto" w:fill="D9EA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39C1708" w14:textId="77777777" w:rsidR="00385C26" w:rsidRPr="00623288" w:rsidRDefault="00385C2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623288">
              <w:rPr>
                <w:rFonts w:ascii="Arial Narrow" w:hAnsi="Arial Narrow"/>
                <w:b/>
                <w:sz w:val="24"/>
                <w:szCs w:val="24"/>
              </w:rPr>
              <w:t>Opis usługi</w:t>
            </w:r>
          </w:p>
        </w:tc>
        <w:tc>
          <w:tcPr>
            <w:tcW w:w="2977" w:type="dxa"/>
            <w:shd w:val="clear" w:color="auto" w:fill="D9EA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62C69FD" w14:textId="77777777" w:rsidR="00385C26" w:rsidRPr="00623288" w:rsidRDefault="00385C2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623288">
              <w:rPr>
                <w:rFonts w:ascii="Arial Narrow" w:hAnsi="Arial Narrow"/>
                <w:b/>
                <w:sz w:val="24"/>
                <w:szCs w:val="24"/>
              </w:rPr>
              <w:t>Liczba / ilość</w:t>
            </w:r>
          </w:p>
        </w:tc>
      </w:tr>
      <w:tr w:rsidR="00385C26" w:rsidRPr="00623288" w14:paraId="088D44EB" w14:textId="77777777" w:rsidTr="00173F33">
        <w:trPr>
          <w:jc w:val="center"/>
        </w:trPr>
        <w:tc>
          <w:tcPr>
            <w:tcW w:w="56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76E06A" w14:textId="77777777" w:rsidR="00385C26" w:rsidRPr="00623288" w:rsidRDefault="00385C2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623288">
              <w:rPr>
                <w:rFonts w:ascii="Arial Narrow" w:hAnsi="Arial Narrow"/>
                <w:sz w:val="24"/>
                <w:szCs w:val="24"/>
              </w:rPr>
              <w:t>1</w:t>
            </w:r>
          </w:p>
        </w:tc>
        <w:tc>
          <w:tcPr>
            <w:tcW w:w="6374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E8C17D9" w14:textId="0B8D0AFE" w:rsidR="00385C26" w:rsidRPr="00623288" w:rsidRDefault="00173F33" w:rsidP="00623288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173F33">
              <w:rPr>
                <w:rFonts w:ascii="Arial Narrow" w:hAnsi="Arial Narrow"/>
                <w:sz w:val="24"/>
                <w:szCs w:val="24"/>
              </w:rPr>
              <w:t>Kompleksowa</w:t>
            </w:r>
            <w:proofErr w:type="spellEnd"/>
            <w:r w:rsidRPr="00173F33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173F33">
              <w:rPr>
                <w:rFonts w:ascii="Arial Narrow" w:hAnsi="Arial Narrow"/>
                <w:sz w:val="24"/>
                <w:szCs w:val="24"/>
              </w:rPr>
              <w:t>usługa</w:t>
            </w:r>
            <w:proofErr w:type="spellEnd"/>
            <w:r w:rsidRPr="00173F33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173F33">
              <w:rPr>
                <w:rFonts w:ascii="Arial Narrow" w:hAnsi="Arial Narrow"/>
                <w:sz w:val="24"/>
                <w:szCs w:val="24"/>
              </w:rPr>
              <w:t>transportu</w:t>
            </w:r>
            <w:proofErr w:type="spellEnd"/>
            <w:r w:rsidRPr="00173F33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173F33">
              <w:rPr>
                <w:rFonts w:ascii="Arial Narrow" w:hAnsi="Arial Narrow"/>
                <w:sz w:val="24"/>
                <w:szCs w:val="24"/>
              </w:rPr>
              <w:t>uczestników</w:t>
            </w:r>
            <w:proofErr w:type="spellEnd"/>
            <w:r w:rsidRPr="00173F33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173F33">
              <w:rPr>
                <w:rFonts w:ascii="Arial Narrow" w:hAnsi="Arial Narrow"/>
                <w:sz w:val="24"/>
                <w:szCs w:val="24"/>
              </w:rPr>
              <w:t>Programu</w:t>
            </w:r>
            <w:proofErr w:type="spellEnd"/>
            <w:r w:rsidRPr="00173F33">
              <w:rPr>
                <w:rFonts w:ascii="Arial Narrow" w:hAnsi="Arial Narrow"/>
                <w:sz w:val="24"/>
                <w:szCs w:val="24"/>
              </w:rPr>
              <w:t xml:space="preserve"> „</w:t>
            </w:r>
            <w:proofErr w:type="spellStart"/>
            <w:r w:rsidRPr="00173F33">
              <w:rPr>
                <w:rFonts w:ascii="Arial Narrow" w:hAnsi="Arial Narrow"/>
                <w:sz w:val="24"/>
                <w:szCs w:val="24"/>
              </w:rPr>
              <w:t>Rehabilitacja</w:t>
            </w:r>
            <w:proofErr w:type="spellEnd"/>
            <w:r w:rsidRPr="00173F33">
              <w:rPr>
                <w:rFonts w:ascii="Arial Narrow" w:hAnsi="Arial Narrow"/>
                <w:sz w:val="24"/>
                <w:szCs w:val="24"/>
              </w:rPr>
              <w:t xml:space="preserve"> 25 plus”, </w:t>
            </w:r>
            <w:proofErr w:type="spellStart"/>
            <w:r w:rsidRPr="00173F33">
              <w:rPr>
                <w:rFonts w:ascii="Arial Narrow" w:hAnsi="Arial Narrow"/>
                <w:sz w:val="24"/>
                <w:szCs w:val="24"/>
              </w:rPr>
              <w:t>obejmująca</w:t>
            </w:r>
            <w:proofErr w:type="spellEnd"/>
            <w:r w:rsidRPr="00173F33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173F33">
              <w:rPr>
                <w:rFonts w:ascii="Arial Narrow" w:hAnsi="Arial Narrow"/>
                <w:sz w:val="24"/>
                <w:szCs w:val="24"/>
              </w:rPr>
              <w:t>dowóz</w:t>
            </w:r>
            <w:proofErr w:type="spellEnd"/>
            <w:r w:rsidRPr="00173F33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173F33">
              <w:rPr>
                <w:rFonts w:ascii="Arial Narrow" w:hAnsi="Arial Narrow"/>
                <w:sz w:val="24"/>
                <w:szCs w:val="24"/>
              </w:rPr>
              <w:t>i</w:t>
            </w:r>
            <w:proofErr w:type="spellEnd"/>
            <w:r w:rsidRPr="00173F33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173F33">
              <w:rPr>
                <w:rFonts w:ascii="Arial Narrow" w:hAnsi="Arial Narrow"/>
                <w:sz w:val="24"/>
                <w:szCs w:val="24"/>
              </w:rPr>
              <w:t>odwóz</w:t>
            </w:r>
            <w:proofErr w:type="spellEnd"/>
            <w:r w:rsidRPr="00173F33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173F33">
              <w:rPr>
                <w:rFonts w:ascii="Arial Narrow" w:hAnsi="Arial Narrow"/>
                <w:sz w:val="24"/>
                <w:szCs w:val="24"/>
              </w:rPr>
              <w:t>uczestników</w:t>
            </w:r>
            <w:proofErr w:type="spellEnd"/>
            <w:r w:rsidRPr="00173F33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173F33">
              <w:rPr>
                <w:rFonts w:ascii="Arial Narrow" w:hAnsi="Arial Narrow"/>
                <w:sz w:val="24"/>
                <w:szCs w:val="24"/>
              </w:rPr>
              <w:t>na</w:t>
            </w:r>
            <w:proofErr w:type="spellEnd"/>
            <w:r w:rsidRPr="00173F33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173F33">
              <w:rPr>
                <w:rFonts w:ascii="Arial Narrow" w:hAnsi="Arial Narrow"/>
                <w:sz w:val="24"/>
                <w:szCs w:val="24"/>
              </w:rPr>
              <w:t>zajęcia</w:t>
            </w:r>
            <w:proofErr w:type="spellEnd"/>
            <w:r w:rsidRPr="00173F33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173F33">
              <w:rPr>
                <w:rFonts w:ascii="Arial Narrow" w:hAnsi="Arial Narrow"/>
                <w:sz w:val="24"/>
                <w:szCs w:val="24"/>
              </w:rPr>
              <w:t>oraz</w:t>
            </w:r>
            <w:proofErr w:type="spellEnd"/>
            <w:r w:rsidRPr="00173F33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173F33">
              <w:rPr>
                <w:rFonts w:ascii="Arial Narrow" w:hAnsi="Arial Narrow"/>
                <w:sz w:val="24"/>
                <w:szCs w:val="24"/>
              </w:rPr>
              <w:t>przewozy</w:t>
            </w:r>
            <w:proofErr w:type="spellEnd"/>
            <w:r w:rsidRPr="00173F33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173F33">
              <w:rPr>
                <w:rFonts w:ascii="Arial Narrow" w:hAnsi="Arial Narrow"/>
                <w:sz w:val="24"/>
                <w:szCs w:val="24"/>
              </w:rPr>
              <w:t>związane</w:t>
            </w:r>
            <w:proofErr w:type="spellEnd"/>
            <w:r w:rsidRPr="00173F33">
              <w:rPr>
                <w:rFonts w:ascii="Arial Narrow" w:hAnsi="Arial Narrow"/>
                <w:sz w:val="24"/>
                <w:szCs w:val="24"/>
              </w:rPr>
              <w:t xml:space="preserve"> z </w:t>
            </w:r>
            <w:proofErr w:type="spellStart"/>
            <w:r w:rsidRPr="00173F33">
              <w:rPr>
                <w:rFonts w:ascii="Arial Narrow" w:hAnsi="Arial Narrow"/>
                <w:sz w:val="24"/>
                <w:szCs w:val="24"/>
              </w:rPr>
              <w:t>realizacją</w:t>
            </w:r>
            <w:proofErr w:type="spellEnd"/>
            <w:r w:rsidRPr="00173F33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173F33">
              <w:rPr>
                <w:rFonts w:ascii="Arial Narrow" w:hAnsi="Arial Narrow"/>
                <w:sz w:val="24"/>
                <w:szCs w:val="24"/>
              </w:rPr>
              <w:t>Programu</w:t>
            </w:r>
            <w:proofErr w:type="spellEnd"/>
            <w:r w:rsidRPr="00173F33">
              <w:rPr>
                <w:rFonts w:ascii="Arial Narrow" w:hAnsi="Arial Narrow"/>
                <w:sz w:val="24"/>
                <w:szCs w:val="24"/>
              </w:rPr>
              <w:t xml:space="preserve">, w </w:t>
            </w:r>
            <w:proofErr w:type="spellStart"/>
            <w:r w:rsidRPr="00173F33">
              <w:rPr>
                <w:rFonts w:ascii="Arial Narrow" w:hAnsi="Arial Narrow"/>
                <w:sz w:val="24"/>
                <w:szCs w:val="24"/>
              </w:rPr>
              <w:t>tym</w:t>
            </w:r>
            <w:proofErr w:type="spellEnd"/>
            <w:r w:rsidRPr="00173F33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173F33">
              <w:rPr>
                <w:rFonts w:ascii="Arial Narrow" w:hAnsi="Arial Narrow"/>
                <w:sz w:val="24"/>
                <w:szCs w:val="24"/>
              </w:rPr>
              <w:t>wyjazdy</w:t>
            </w:r>
            <w:proofErr w:type="spellEnd"/>
            <w:r w:rsidRPr="00173F33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173F33">
              <w:rPr>
                <w:rFonts w:ascii="Arial Narrow" w:hAnsi="Arial Narrow"/>
                <w:sz w:val="24"/>
                <w:szCs w:val="24"/>
              </w:rPr>
              <w:t>edukacyjne</w:t>
            </w:r>
            <w:proofErr w:type="spellEnd"/>
            <w:r w:rsidRPr="00173F33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173F33">
              <w:rPr>
                <w:rFonts w:ascii="Arial Narrow" w:hAnsi="Arial Narrow"/>
                <w:sz w:val="24"/>
                <w:szCs w:val="24"/>
              </w:rPr>
              <w:t>i</w:t>
            </w:r>
            <w:proofErr w:type="spellEnd"/>
            <w:r w:rsidRPr="00173F33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173F33">
              <w:rPr>
                <w:rFonts w:ascii="Arial Narrow" w:hAnsi="Arial Narrow"/>
                <w:sz w:val="24"/>
                <w:szCs w:val="24"/>
              </w:rPr>
              <w:t>terapeu</w:t>
            </w:r>
            <w:r>
              <w:rPr>
                <w:rFonts w:ascii="Arial Narrow" w:hAnsi="Arial Narrow"/>
                <w:sz w:val="24"/>
                <w:szCs w:val="24"/>
              </w:rPr>
              <w:t>tyczne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oraz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inne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formy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wsparcia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>.</w:t>
            </w:r>
          </w:p>
        </w:tc>
        <w:tc>
          <w:tcPr>
            <w:tcW w:w="297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8C260F0" w14:textId="77777777" w:rsidR="00173F33" w:rsidRDefault="00173F33" w:rsidP="00173F33">
            <w:pPr>
              <w:spacing w:after="0" w:line="240" w:lineRule="auto"/>
              <w:jc w:val="center"/>
              <w:rPr>
                <w:rFonts w:ascii="Arial Narrow" w:hAnsi="Arial Narrow"/>
                <w:sz w:val="24"/>
              </w:rPr>
            </w:pPr>
            <w:proofErr w:type="spellStart"/>
            <w:r w:rsidRPr="00173F33">
              <w:rPr>
                <w:rFonts w:ascii="Arial Narrow" w:hAnsi="Arial Narrow"/>
                <w:sz w:val="24"/>
              </w:rPr>
              <w:t>około</w:t>
            </w:r>
            <w:proofErr w:type="spellEnd"/>
            <w:r w:rsidRPr="00173F33">
              <w:rPr>
                <w:rFonts w:ascii="Arial Narrow" w:hAnsi="Arial Narrow"/>
                <w:sz w:val="24"/>
              </w:rPr>
              <w:t xml:space="preserve"> 28 800 km </w:t>
            </w:r>
          </w:p>
          <w:p w14:paraId="48FD315E" w14:textId="77777777" w:rsidR="00173F33" w:rsidRDefault="00173F33" w:rsidP="00173F33">
            <w:pPr>
              <w:spacing w:after="0" w:line="240" w:lineRule="auto"/>
              <w:jc w:val="center"/>
              <w:rPr>
                <w:rFonts w:ascii="Arial Narrow" w:hAnsi="Arial Narrow"/>
                <w:sz w:val="24"/>
              </w:rPr>
            </w:pPr>
            <w:r w:rsidRPr="00173F33">
              <w:rPr>
                <w:rFonts w:ascii="Arial Narrow" w:hAnsi="Arial Narrow"/>
                <w:sz w:val="24"/>
              </w:rPr>
              <w:t xml:space="preserve">(120 km </w:t>
            </w:r>
            <w:proofErr w:type="spellStart"/>
            <w:r w:rsidRPr="00173F33">
              <w:rPr>
                <w:rFonts w:ascii="Arial Narrow" w:hAnsi="Arial Narrow"/>
                <w:sz w:val="24"/>
              </w:rPr>
              <w:t>dziennie</w:t>
            </w:r>
            <w:proofErr w:type="spellEnd"/>
          </w:p>
          <w:p w14:paraId="3C969CCB" w14:textId="77777777" w:rsidR="00173F33" w:rsidRDefault="00173F33" w:rsidP="00173F33">
            <w:pPr>
              <w:spacing w:after="0" w:line="240" w:lineRule="auto"/>
              <w:jc w:val="center"/>
              <w:rPr>
                <w:rFonts w:ascii="Arial Narrow" w:hAnsi="Arial Narrow"/>
                <w:sz w:val="24"/>
              </w:rPr>
            </w:pPr>
            <w:r w:rsidRPr="00173F33">
              <w:rPr>
                <w:rFonts w:ascii="Arial Narrow" w:hAnsi="Arial Narrow"/>
                <w:sz w:val="24"/>
              </w:rPr>
              <w:t xml:space="preserve"> × 5 </w:t>
            </w:r>
            <w:proofErr w:type="spellStart"/>
            <w:r w:rsidRPr="00173F33">
              <w:rPr>
                <w:rFonts w:ascii="Arial Narrow" w:hAnsi="Arial Narrow"/>
                <w:sz w:val="24"/>
              </w:rPr>
              <w:t>dni</w:t>
            </w:r>
            <w:proofErr w:type="spellEnd"/>
            <w:r w:rsidRPr="00173F33">
              <w:rPr>
                <w:rFonts w:ascii="Arial Narrow" w:hAnsi="Arial Narrow"/>
                <w:sz w:val="24"/>
              </w:rPr>
              <w:t xml:space="preserve"> w </w:t>
            </w:r>
            <w:proofErr w:type="spellStart"/>
            <w:r w:rsidRPr="00173F33">
              <w:rPr>
                <w:rFonts w:ascii="Arial Narrow" w:hAnsi="Arial Narrow"/>
                <w:sz w:val="24"/>
              </w:rPr>
              <w:t>tygodniu</w:t>
            </w:r>
            <w:proofErr w:type="spellEnd"/>
            <w:r w:rsidRPr="00173F33">
              <w:rPr>
                <w:rFonts w:ascii="Arial Narrow" w:hAnsi="Arial Narrow"/>
                <w:sz w:val="24"/>
              </w:rPr>
              <w:t xml:space="preserve"> </w:t>
            </w:r>
          </w:p>
          <w:p w14:paraId="5F7BDBC3" w14:textId="345BB0B3" w:rsidR="00385C26" w:rsidRPr="00173F33" w:rsidRDefault="00173F33" w:rsidP="00173F33">
            <w:pPr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73F33">
              <w:rPr>
                <w:rFonts w:ascii="Arial Narrow" w:hAnsi="Arial Narrow"/>
                <w:sz w:val="24"/>
              </w:rPr>
              <w:t xml:space="preserve">× 48 </w:t>
            </w:r>
            <w:proofErr w:type="spellStart"/>
            <w:r w:rsidRPr="00173F33">
              <w:rPr>
                <w:rFonts w:ascii="Arial Narrow" w:hAnsi="Arial Narrow"/>
                <w:sz w:val="24"/>
              </w:rPr>
              <w:t>tygodni</w:t>
            </w:r>
            <w:proofErr w:type="spellEnd"/>
            <w:r w:rsidRPr="00173F33">
              <w:rPr>
                <w:rFonts w:ascii="Arial Narrow" w:hAnsi="Arial Narrow"/>
                <w:sz w:val="24"/>
              </w:rPr>
              <w:t>)</w:t>
            </w:r>
          </w:p>
        </w:tc>
      </w:tr>
    </w:tbl>
    <w:p w14:paraId="3D578E93" w14:textId="77777777" w:rsidR="00831A62" w:rsidRDefault="00831A62">
      <w:pPr>
        <w:pStyle w:val="Nagwek1"/>
        <w:rPr>
          <w:rFonts w:ascii="Arial Narrow" w:hAnsi="Arial Narrow"/>
          <w:sz w:val="24"/>
          <w:szCs w:val="24"/>
        </w:rPr>
      </w:pPr>
    </w:p>
    <w:p w14:paraId="2E999C00" w14:textId="062F8124" w:rsidR="003E4F8A" w:rsidRPr="00623288" w:rsidRDefault="0045634C">
      <w:pPr>
        <w:pStyle w:val="Nagwek1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2</w:t>
      </w:r>
      <w:r w:rsidR="00231E36" w:rsidRPr="00623288">
        <w:rPr>
          <w:rFonts w:ascii="Arial Narrow" w:hAnsi="Arial Narrow"/>
          <w:sz w:val="24"/>
          <w:szCs w:val="24"/>
        </w:rPr>
        <w:t>. Termin realizacji zamówienia</w:t>
      </w:r>
    </w:p>
    <w:p w14:paraId="3B8FB250" w14:textId="77777777" w:rsidR="00385C26" w:rsidRPr="00623288" w:rsidRDefault="00231E36">
      <w:pPr>
        <w:rPr>
          <w:rFonts w:ascii="Arial Narrow" w:hAnsi="Arial Narrow"/>
          <w:b/>
          <w:sz w:val="24"/>
          <w:szCs w:val="24"/>
        </w:rPr>
      </w:pPr>
      <w:r w:rsidRPr="00623288">
        <w:rPr>
          <w:rFonts w:ascii="Arial Narrow" w:hAnsi="Arial Narrow"/>
          <w:b/>
          <w:sz w:val="24"/>
          <w:szCs w:val="24"/>
        </w:rPr>
        <w:t xml:space="preserve">Wymagany termin wykonania zamówienia: </w:t>
      </w:r>
    </w:p>
    <w:p w14:paraId="632529D5" w14:textId="03AAD7E2" w:rsidR="007E24D2" w:rsidRPr="007E24D2" w:rsidRDefault="00AB5E7E" w:rsidP="007E24D2">
      <w:pPr>
        <w:pStyle w:val="Nagwek1"/>
        <w:jc w:val="both"/>
        <w:rPr>
          <w:rFonts w:ascii="Arial Narrow" w:hAnsi="Arial Narrow"/>
          <w:b w:val="0"/>
          <w:sz w:val="24"/>
          <w:szCs w:val="24"/>
        </w:rPr>
      </w:pPr>
      <w:r>
        <w:rPr>
          <w:rFonts w:ascii="Arial Narrow" w:hAnsi="Arial Narrow"/>
          <w:b w:val="0"/>
          <w:sz w:val="24"/>
          <w:szCs w:val="24"/>
        </w:rPr>
        <w:t xml:space="preserve">Od </w:t>
      </w:r>
      <w:proofErr w:type="spellStart"/>
      <w:r>
        <w:rPr>
          <w:rFonts w:ascii="Arial Narrow" w:hAnsi="Arial Narrow"/>
          <w:b w:val="0"/>
          <w:sz w:val="24"/>
          <w:szCs w:val="24"/>
        </w:rPr>
        <w:t>dnia</w:t>
      </w:r>
      <w:proofErr w:type="spellEnd"/>
      <w:r>
        <w:rPr>
          <w:rFonts w:ascii="Arial Narrow" w:hAnsi="Arial Narrow"/>
          <w:b w:val="0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b w:val="0"/>
          <w:sz w:val="24"/>
          <w:szCs w:val="24"/>
        </w:rPr>
        <w:t>podpisania</w:t>
      </w:r>
      <w:proofErr w:type="spellEnd"/>
      <w:r>
        <w:rPr>
          <w:rFonts w:ascii="Arial Narrow" w:hAnsi="Arial Narrow"/>
          <w:b w:val="0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b w:val="0"/>
          <w:sz w:val="24"/>
          <w:szCs w:val="24"/>
        </w:rPr>
        <w:t>umowy</w:t>
      </w:r>
      <w:proofErr w:type="spellEnd"/>
      <w:r>
        <w:rPr>
          <w:rFonts w:ascii="Arial Narrow" w:hAnsi="Arial Narrow"/>
          <w:b w:val="0"/>
          <w:sz w:val="24"/>
          <w:szCs w:val="24"/>
        </w:rPr>
        <w:t xml:space="preserve"> </w:t>
      </w:r>
      <w:r w:rsidR="007E24D2" w:rsidRPr="007E24D2">
        <w:rPr>
          <w:rFonts w:ascii="Arial Narrow" w:hAnsi="Arial Narrow"/>
          <w:b w:val="0"/>
          <w:sz w:val="24"/>
          <w:szCs w:val="24"/>
        </w:rPr>
        <w:t xml:space="preserve"> </w:t>
      </w:r>
      <w:r>
        <w:rPr>
          <w:rFonts w:ascii="Arial Narrow" w:hAnsi="Arial Narrow"/>
          <w:b w:val="0"/>
          <w:sz w:val="24"/>
          <w:szCs w:val="24"/>
        </w:rPr>
        <w:t>(</w:t>
      </w:r>
      <w:proofErr w:type="spellStart"/>
      <w:r w:rsidR="007E24D2" w:rsidRPr="007E24D2">
        <w:rPr>
          <w:rFonts w:ascii="Arial Narrow" w:hAnsi="Arial Narrow"/>
          <w:b w:val="0"/>
          <w:sz w:val="24"/>
          <w:szCs w:val="24"/>
        </w:rPr>
        <w:t>p</w:t>
      </w:r>
      <w:r w:rsidR="00AE12BA">
        <w:rPr>
          <w:rFonts w:ascii="Arial Narrow" w:hAnsi="Arial Narrow"/>
          <w:b w:val="0"/>
          <w:sz w:val="24"/>
          <w:szCs w:val="24"/>
        </w:rPr>
        <w:t>rzewidywany</w:t>
      </w:r>
      <w:proofErr w:type="spellEnd"/>
      <w:r w:rsidR="00AE12BA">
        <w:rPr>
          <w:rFonts w:ascii="Arial Narrow" w:hAnsi="Arial Narrow"/>
          <w:b w:val="0"/>
          <w:sz w:val="24"/>
          <w:szCs w:val="24"/>
        </w:rPr>
        <w:t xml:space="preserve"> </w:t>
      </w:r>
      <w:proofErr w:type="spellStart"/>
      <w:r w:rsidR="00AE12BA">
        <w:rPr>
          <w:rFonts w:ascii="Arial Narrow" w:hAnsi="Arial Narrow"/>
          <w:b w:val="0"/>
          <w:sz w:val="24"/>
          <w:szCs w:val="24"/>
        </w:rPr>
        <w:t>termin</w:t>
      </w:r>
      <w:proofErr w:type="spellEnd"/>
      <w:r w:rsidR="00AE12BA">
        <w:rPr>
          <w:rFonts w:ascii="Arial Narrow" w:hAnsi="Arial Narrow"/>
          <w:b w:val="0"/>
          <w:sz w:val="24"/>
          <w:szCs w:val="24"/>
        </w:rPr>
        <w:t xml:space="preserve"> - </w:t>
      </w:r>
      <w:proofErr w:type="spellStart"/>
      <w:r w:rsidR="00AE12BA">
        <w:rPr>
          <w:rFonts w:ascii="Arial Narrow" w:hAnsi="Arial Narrow"/>
          <w:b w:val="0"/>
          <w:sz w:val="24"/>
          <w:szCs w:val="24"/>
        </w:rPr>
        <w:t>wrzesień</w:t>
      </w:r>
      <w:proofErr w:type="spellEnd"/>
      <w:r w:rsidR="00AE12BA">
        <w:rPr>
          <w:rFonts w:ascii="Arial Narrow" w:hAnsi="Arial Narrow"/>
          <w:b w:val="0"/>
          <w:sz w:val="24"/>
          <w:szCs w:val="24"/>
        </w:rPr>
        <w:t xml:space="preserve"> 202</w:t>
      </w:r>
      <w:r w:rsidR="007E24D2" w:rsidRPr="007E24D2">
        <w:rPr>
          <w:rFonts w:ascii="Arial Narrow" w:hAnsi="Arial Narrow"/>
          <w:b w:val="0"/>
          <w:sz w:val="24"/>
          <w:szCs w:val="24"/>
        </w:rPr>
        <w:t xml:space="preserve">6) do </w:t>
      </w:r>
      <w:proofErr w:type="spellStart"/>
      <w:r w:rsidR="007E24D2" w:rsidRPr="007E24D2">
        <w:rPr>
          <w:rFonts w:ascii="Arial Narrow" w:hAnsi="Arial Narrow"/>
          <w:b w:val="0"/>
          <w:sz w:val="24"/>
          <w:szCs w:val="24"/>
        </w:rPr>
        <w:t>dnia</w:t>
      </w:r>
      <w:proofErr w:type="spellEnd"/>
      <w:r w:rsidR="007E24D2" w:rsidRPr="007E24D2">
        <w:rPr>
          <w:rFonts w:ascii="Arial Narrow" w:hAnsi="Arial Narrow"/>
          <w:b w:val="0"/>
          <w:sz w:val="24"/>
          <w:szCs w:val="24"/>
        </w:rPr>
        <w:t xml:space="preserve"> 31 </w:t>
      </w:r>
      <w:proofErr w:type="spellStart"/>
      <w:r w:rsidR="007E24D2" w:rsidRPr="007E24D2">
        <w:rPr>
          <w:rFonts w:ascii="Arial Narrow" w:hAnsi="Arial Narrow"/>
          <w:b w:val="0"/>
          <w:sz w:val="24"/>
          <w:szCs w:val="24"/>
        </w:rPr>
        <w:t>sierpnia</w:t>
      </w:r>
      <w:proofErr w:type="spellEnd"/>
      <w:r w:rsidR="007E24D2" w:rsidRPr="007E24D2">
        <w:rPr>
          <w:rFonts w:ascii="Arial Narrow" w:hAnsi="Arial Narrow"/>
          <w:b w:val="0"/>
          <w:sz w:val="24"/>
          <w:szCs w:val="24"/>
        </w:rPr>
        <w:t xml:space="preserve"> 2027 </w:t>
      </w:r>
      <w:proofErr w:type="spellStart"/>
      <w:r w:rsidR="007E24D2" w:rsidRPr="007E24D2">
        <w:rPr>
          <w:rFonts w:ascii="Arial Narrow" w:hAnsi="Arial Narrow"/>
          <w:b w:val="0"/>
          <w:sz w:val="24"/>
          <w:szCs w:val="24"/>
        </w:rPr>
        <w:t>zgodnie</w:t>
      </w:r>
      <w:proofErr w:type="spellEnd"/>
      <w:r w:rsidR="007E24D2" w:rsidRPr="007E24D2">
        <w:rPr>
          <w:rFonts w:ascii="Arial Narrow" w:hAnsi="Arial Narrow"/>
          <w:b w:val="0"/>
          <w:sz w:val="24"/>
          <w:szCs w:val="24"/>
        </w:rPr>
        <w:t xml:space="preserve"> </w:t>
      </w:r>
      <w:r w:rsidR="007E24D2" w:rsidRPr="007E24D2">
        <w:rPr>
          <w:rFonts w:ascii="Arial Narrow" w:hAnsi="Arial Narrow"/>
          <w:b w:val="0"/>
          <w:sz w:val="24"/>
          <w:szCs w:val="24"/>
        </w:rPr>
        <w:br/>
        <w:t xml:space="preserve">z </w:t>
      </w:r>
      <w:proofErr w:type="spellStart"/>
      <w:r w:rsidR="007E24D2" w:rsidRPr="007E24D2">
        <w:rPr>
          <w:rFonts w:ascii="Arial Narrow" w:hAnsi="Arial Narrow"/>
          <w:b w:val="0"/>
          <w:sz w:val="24"/>
          <w:szCs w:val="24"/>
        </w:rPr>
        <w:t>harmonogramem</w:t>
      </w:r>
      <w:proofErr w:type="spellEnd"/>
      <w:r w:rsidR="007E24D2" w:rsidRPr="007E24D2">
        <w:rPr>
          <w:rFonts w:ascii="Arial Narrow" w:hAnsi="Arial Narrow"/>
          <w:b w:val="0"/>
          <w:sz w:val="24"/>
          <w:szCs w:val="24"/>
        </w:rPr>
        <w:t xml:space="preserve"> </w:t>
      </w:r>
      <w:proofErr w:type="spellStart"/>
      <w:r w:rsidR="007E24D2" w:rsidRPr="007E24D2">
        <w:rPr>
          <w:rFonts w:ascii="Arial Narrow" w:hAnsi="Arial Narrow"/>
          <w:b w:val="0"/>
          <w:sz w:val="24"/>
          <w:szCs w:val="24"/>
        </w:rPr>
        <w:t>przekazywanym</w:t>
      </w:r>
      <w:proofErr w:type="spellEnd"/>
      <w:r w:rsidR="007E24D2" w:rsidRPr="007E24D2">
        <w:rPr>
          <w:rFonts w:ascii="Arial Narrow" w:hAnsi="Arial Narrow"/>
          <w:b w:val="0"/>
          <w:sz w:val="24"/>
          <w:szCs w:val="24"/>
        </w:rPr>
        <w:t xml:space="preserve"> </w:t>
      </w:r>
      <w:proofErr w:type="spellStart"/>
      <w:r w:rsidR="007E24D2" w:rsidRPr="007E24D2">
        <w:rPr>
          <w:rFonts w:ascii="Arial Narrow" w:hAnsi="Arial Narrow"/>
          <w:b w:val="0"/>
          <w:sz w:val="24"/>
          <w:szCs w:val="24"/>
        </w:rPr>
        <w:t>przez</w:t>
      </w:r>
      <w:proofErr w:type="spellEnd"/>
      <w:r w:rsidR="007E24D2" w:rsidRPr="007E24D2">
        <w:rPr>
          <w:rFonts w:ascii="Arial Narrow" w:hAnsi="Arial Narrow"/>
          <w:b w:val="0"/>
          <w:sz w:val="24"/>
          <w:szCs w:val="24"/>
        </w:rPr>
        <w:t xml:space="preserve"> </w:t>
      </w:r>
      <w:proofErr w:type="spellStart"/>
      <w:r w:rsidR="007E24D2" w:rsidRPr="007E24D2">
        <w:rPr>
          <w:rFonts w:ascii="Arial Narrow" w:hAnsi="Arial Narrow"/>
          <w:b w:val="0"/>
          <w:sz w:val="24"/>
          <w:szCs w:val="24"/>
        </w:rPr>
        <w:t>Zamawiającego</w:t>
      </w:r>
      <w:proofErr w:type="spellEnd"/>
    </w:p>
    <w:p w14:paraId="432D58A7" w14:textId="77777777" w:rsidR="00856DA2" w:rsidRPr="00856DA2" w:rsidRDefault="00856DA2" w:rsidP="00856DA2">
      <w:pPr>
        <w:spacing w:before="100" w:beforeAutospacing="1" w:after="100" w:afterAutospacing="1" w:line="240" w:lineRule="auto"/>
        <w:jc w:val="both"/>
        <w:outlineLvl w:val="2"/>
        <w:rPr>
          <w:rFonts w:ascii="Arial Narrow" w:eastAsia="Times New Roman" w:hAnsi="Arial Narrow" w:cs="Times New Roman"/>
          <w:b/>
          <w:bCs/>
          <w:sz w:val="27"/>
          <w:szCs w:val="27"/>
          <w:lang w:val="pl-PL" w:eastAsia="pl-PL"/>
        </w:rPr>
      </w:pPr>
      <w:r w:rsidRPr="00856DA2">
        <w:rPr>
          <w:rFonts w:ascii="Arial Narrow" w:eastAsia="Times New Roman" w:hAnsi="Arial Narrow" w:cs="Times New Roman"/>
          <w:b/>
          <w:bCs/>
          <w:sz w:val="27"/>
          <w:szCs w:val="27"/>
          <w:lang w:val="pl-PL" w:eastAsia="pl-PL"/>
        </w:rPr>
        <w:t>3. Inne wymogi Zamawiającego odnoszące się do przedmiotu zamówienia</w:t>
      </w:r>
    </w:p>
    <w:p w14:paraId="3DAECC72" w14:textId="77777777" w:rsidR="00856DA2" w:rsidRPr="00856DA2" w:rsidRDefault="00856DA2" w:rsidP="00856DA2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val="pl-PL" w:eastAsia="pl-PL"/>
        </w:rPr>
      </w:pPr>
      <w:r w:rsidRPr="00856DA2">
        <w:rPr>
          <w:rFonts w:ascii="Arial Narrow" w:eastAsia="Times New Roman" w:hAnsi="Arial Narrow" w:cs="Times New Roman"/>
          <w:sz w:val="24"/>
          <w:szCs w:val="24"/>
          <w:lang w:val="pl-PL" w:eastAsia="pl-PL"/>
        </w:rPr>
        <w:t>a/ Wykonawca musi posiadać uprawnienia wymagane przepisami prawa do wykonywania krajowego transportu drogowego osób oraz dysponować pojazdami spełniającymi wymagania określone w niniejszym zapytaniu ofertowym.</w:t>
      </w:r>
    </w:p>
    <w:p w14:paraId="75E5F9B8" w14:textId="7A9C897C" w:rsidR="00856DA2" w:rsidRPr="00856DA2" w:rsidRDefault="00856DA2" w:rsidP="00856DA2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val="pl-PL" w:eastAsia="pl-PL"/>
        </w:rPr>
      </w:pPr>
      <w:r w:rsidRPr="00856DA2">
        <w:rPr>
          <w:rFonts w:ascii="Arial Narrow" w:eastAsia="Times New Roman" w:hAnsi="Arial Narrow" w:cs="Times New Roman"/>
          <w:sz w:val="24"/>
          <w:szCs w:val="24"/>
          <w:lang w:val="pl-PL" w:eastAsia="pl-PL"/>
        </w:rPr>
        <w:t xml:space="preserve">b/ Łączna liczba uczestników Programu wynosi </w:t>
      </w:r>
      <w:r w:rsidRPr="00856DA2">
        <w:rPr>
          <w:rFonts w:ascii="Arial Narrow" w:eastAsia="Times New Roman" w:hAnsi="Arial Narrow" w:cs="Times New Roman"/>
          <w:bCs/>
          <w:sz w:val="24"/>
          <w:szCs w:val="24"/>
          <w:lang w:val="pl-PL" w:eastAsia="pl-PL"/>
        </w:rPr>
        <w:t>21 osób</w:t>
      </w:r>
      <w:r w:rsidRPr="00856DA2">
        <w:rPr>
          <w:rFonts w:ascii="Arial Narrow" w:eastAsia="Times New Roman" w:hAnsi="Arial Narrow" w:cs="Times New Roman"/>
          <w:sz w:val="24"/>
          <w:szCs w:val="24"/>
          <w:lang w:val="pl-PL" w:eastAsia="pl-PL"/>
        </w:rPr>
        <w:t xml:space="preserve">. Liczba uczestników korzystających z transportu </w:t>
      </w:r>
      <w:r>
        <w:rPr>
          <w:rFonts w:ascii="Arial Narrow" w:eastAsia="Times New Roman" w:hAnsi="Arial Narrow" w:cs="Times New Roman"/>
          <w:sz w:val="24"/>
          <w:szCs w:val="24"/>
          <w:lang w:val="pl-PL" w:eastAsia="pl-PL"/>
        </w:rPr>
        <w:br/>
      </w:r>
      <w:r w:rsidRPr="00856DA2">
        <w:rPr>
          <w:rFonts w:ascii="Arial Narrow" w:eastAsia="Times New Roman" w:hAnsi="Arial Narrow" w:cs="Times New Roman"/>
          <w:sz w:val="24"/>
          <w:szCs w:val="24"/>
          <w:lang w:val="pl-PL" w:eastAsia="pl-PL"/>
        </w:rPr>
        <w:t xml:space="preserve">w poszczególnych dniach oraz podczas realizacji poszczególnych działań może być różna i będzie wynikała </w:t>
      </w:r>
      <w:r>
        <w:rPr>
          <w:rFonts w:ascii="Arial Narrow" w:eastAsia="Times New Roman" w:hAnsi="Arial Narrow" w:cs="Times New Roman"/>
          <w:sz w:val="24"/>
          <w:szCs w:val="24"/>
          <w:lang w:val="pl-PL" w:eastAsia="pl-PL"/>
        </w:rPr>
        <w:br/>
      </w:r>
      <w:r w:rsidRPr="00856DA2">
        <w:rPr>
          <w:rFonts w:ascii="Arial Narrow" w:eastAsia="Times New Roman" w:hAnsi="Arial Narrow" w:cs="Times New Roman"/>
          <w:sz w:val="24"/>
          <w:szCs w:val="24"/>
          <w:lang w:val="pl-PL" w:eastAsia="pl-PL"/>
        </w:rPr>
        <w:t>z bieżących potrzeb Zamawiającego oraz przekazywanego harmonogramu.</w:t>
      </w:r>
    </w:p>
    <w:p w14:paraId="12A9EC8D" w14:textId="7A6BF36A" w:rsidR="00856DA2" w:rsidRPr="00856DA2" w:rsidRDefault="00856DA2" w:rsidP="00856DA2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val="pl-PL" w:eastAsia="pl-PL"/>
        </w:rPr>
      </w:pPr>
      <w:r w:rsidRPr="00856DA2">
        <w:rPr>
          <w:rFonts w:ascii="Arial Narrow" w:eastAsia="Times New Roman" w:hAnsi="Arial Narrow" w:cs="Times New Roman"/>
          <w:sz w:val="24"/>
          <w:szCs w:val="24"/>
          <w:lang w:val="pl-PL" w:eastAsia="pl-PL"/>
        </w:rPr>
        <w:t>c/ W przypadku codziennego dowozu uczestników na zajęcia oraz ich odwozu po zakończeniu zajęć, opiekę nad uczestnikami podcza</w:t>
      </w:r>
      <w:r>
        <w:rPr>
          <w:rFonts w:ascii="Arial Narrow" w:eastAsia="Times New Roman" w:hAnsi="Arial Narrow" w:cs="Times New Roman"/>
          <w:sz w:val="24"/>
          <w:szCs w:val="24"/>
          <w:lang w:val="pl-PL" w:eastAsia="pl-PL"/>
        </w:rPr>
        <w:t xml:space="preserve">s przewozu zapewnia Zamawiający. </w:t>
      </w:r>
      <w:r w:rsidRPr="00856DA2">
        <w:rPr>
          <w:rFonts w:ascii="Arial Narrow" w:eastAsia="Times New Roman" w:hAnsi="Arial Narrow" w:cs="Times New Roman"/>
          <w:sz w:val="24"/>
          <w:szCs w:val="24"/>
          <w:lang w:val="pl-PL" w:eastAsia="pl-PL"/>
        </w:rPr>
        <w:t>Podczas przewozu uczestników zapewniony będzie jeden opiekun.</w:t>
      </w:r>
    </w:p>
    <w:p w14:paraId="1BE4957F" w14:textId="46321DF5" w:rsidR="00856DA2" w:rsidRPr="00856DA2" w:rsidRDefault="00856DA2" w:rsidP="00856DA2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val="pl-PL" w:eastAsia="pl-PL"/>
        </w:rPr>
      </w:pPr>
      <w:r w:rsidRPr="00856DA2">
        <w:rPr>
          <w:rFonts w:ascii="Arial Narrow" w:eastAsia="Times New Roman" w:hAnsi="Arial Narrow" w:cs="Times New Roman"/>
          <w:sz w:val="24"/>
          <w:szCs w:val="24"/>
          <w:lang w:val="pl-PL" w:eastAsia="pl-PL"/>
        </w:rPr>
        <w:t>d/ W przypadku wyjazdów związanych z realizacją Programu, w szczegó</w:t>
      </w:r>
      <w:r>
        <w:rPr>
          <w:rFonts w:ascii="Arial Narrow" w:eastAsia="Times New Roman" w:hAnsi="Arial Narrow" w:cs="Times New Roman"/>
          <w:sz w:val="24"/>
          <w:szCs w:val="24"/>
          <w:lang w:val="pl-PL" w:eastAsia="pl-PL"/>
        </w:rPr>
        <w:t xml:space="preserve">lności na warsztaty, spotkania </w:t>
      </w:r>
      <w:r w:rsidRPr="00856DA2">
        <w:rPr>
          <w:rFonts w:ascii="Arial Narrow" w:eastAsia="Times New Roman" w:hAnsi="Arial Narrow" w:cs="Times New Roman"/>
          <w:sz w:val="24"/>
          <w:szCs w:val="24"/>
          <w:lang w:val="pl-PL" w:eastAsia="pl-PL"/>
        </w:rPr>
        <w:t>lub inne działania, w przewozie mogą uczestniczyć również opiekunowie sprawujący opiekę nad daną grupą uczestników. Liczba opiekunów będzie uzależniona od liczby uczestników oraz charakteru realizowanego działania.</w:t>
      </w:r>
    </w:p>
    <w:p w14:paraId="2B47EC6D" w14:textId="77777777" w:rsidR="00856DA2" w:rsidRPr="00856DA2" w:rsidRDefault="00856DA2" w:rsidP="00856DA2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val="pl-PL" w:eastAsia="pl-PL"/>
        </w:rPr>
      </w:pPr>
      <w:r w:rsidRPr="00856DA2">
        <w:rPr>
          <w:rFonts w:ascii="Arial Narrow" w:eastAsia="Times New Roman" w:hAnsi="Arial Narrow" w:cs="Times New Roman"/>
          <w:sz w:val="24"/>
          <w:szCs w:val="24"/>
          <w:lang w:val="pl-PL" w:eastAsia="pl-PL"/>
        </w:rPr>
        <w:t xml:space="preserve">e/ Wykonawca zobowiązany jest zapewnić przewóz wszystkich uczestników oraz opiekunów wskazanych przez Zamawiającego w ramach danego przejazdu. Przewóz może być realizowany </w:t>
      </w:r>
      <w:r w:rsidRPr="00856DA2">
        <w:rPr>
          <w:rFonts w:ascii="Arial Narrow" w:eastAsia="Times New Roman" w:hAnsi="Arial Narrow" w:cs="Times New Roman"/>
          <w:bCs/>
          <w:sz w:val="24"/>
          <w:szCs w:val="24"/>
          <w:lang w:val="pl-PL" w:eastAsia="pl-PL"/>
        </w:rPr>
        <w:t>jednym pojazdem albo maksymalnie dwoma pojazdami</w:t>
      </w:r>
      <w:r w:rsidRPr="00856DA2">
        <w:rPr>
          <w:rFonts w:ascii="Arial Narrow" w:eastAsia="Times New Roman" w:hAnsi="Arial Narrow" w:cs="Times New Roman"/>
          <w:sz w:val="24"/>
          <w:szCs w:val="24"/>
          <w:lang w:val="pl-PL" w:eastAsia="pl-PL"/>
        </w:rPr>
        <w:t>. Dopuszcza się wykonanie więcej niż jednego kursu, jeżeli jest to niezbędne do zapewnienia terminowej i bezpiecznej realizacji przewozu.</w:t>
      </w:r>
    </w:p>
    <w:p w14:paraId="0145C96C" w14:textId="77777777" w:rsidR="00856DA2" w:rsidRPr="00856DA2" w:rsidRDefault="00856DA2" w:rsidP="00856DA2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val="pl-PL" w:eastAsia="pl-PL"/>
        </w:rPr>
      </w:pPr>
      <w:r w:rsidRPr="00856DA2">
        <w:rPr>
          <w:rFonts w:ascii="Arial Narrow" w:eastAsia="Times New Roman" w:hAnsi="Arial Narrow" w:cs="Times New Roman"/>
          <w:sz w:val="24"/>
          <w:szCs w:val="24"/>
          <w:lang w:val="pl-PL" w:eastAsia="pl-PL"/>
        </w:rPr>
        <w:t>f/ Pojazdy wykorzystywane do realizacji zamówienia muszą być sprawne technicznie, posiadać aktualne badania techniczne, wymagane ubezpieczenie, być dopuszczone do ruchu oraz przystosowane do przewozu osób. Liczba miejsc w pojeździe lub pojazdach musi być dostosowana do liczby osób przewożonych w ramach danego kursu.</w:t>
      </w:r>
    </w:p>
    <w:p w14:paraId="6D4CF412" w14:textId="77777777" w:rsidR="00856DA2" w:rsidRPr="00856DA2" w:rsidRDefault="00856DA2" w:rsidP="00856DA2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val="pl-PL" w:eastAsia="pl-PL"/>
        </w:rPr>
      </w:pPr>
      <w:r w:rsidRPr="00856DA2">
        <w:rPr>
          <w:rFonts w:ascii="Arial Narrow" w:eastAsia="Times New Roman" w:hAnsi="Arial Narrow" w:cs="Times New Roman"/>
          <w:sz w:val="24"/>
          <w:szCs w:val="24"/>
          <w:lang w:val="pl-PL" w:eastAsia="pl-PL"/>
        </w:rPr>
        <w:t xml:space="preserve">g/ Kierowca lub kierowcy realizujący przewozy muszą posiadać </w:t>
      </w:r>
      <w:r w:rsidRPr="00856DA2">
        <w:rPr>
          <w:rFonts w:ascii="Arial Narrow" w:eastAsia="Times New Roman" w:hAnsi="Arial Narrow" w:cs="Times New Roman"/>
          <w:bCs/>
          <w:sz w:val="24"/>
          <w:szCs w:val="24"/>
          <w:lang w:val="pl-PL" w:eastAsia="pl-PL"/>
        </w:rPr>
        <w:t>prawo jazdy odpowiedniej kategorii, wymaganej dla rodzaju i liczby miejsc w pojeździe</w:t>
      </w:r>
      <w:r w:rsidRPr="00856DA2">
        <w:rPr>
          <w:rFonts w:ascii="Arial Narrow" w:eastAsia="Times New Roman" w:hAnsi="Arial Narrow" w:cs="Times New Roman"/>
          <w:sz w:val="24"/>
          <w:szCs w:val="24"/>
          <w:lang w:val="pl-PL" w:eastAsia="pl-PL"/>
        </w:rPr>
        <w:t xml:space="preserve">, którym wykonywany jest przewóz, oraz wszelkie inne wymagane przepisami prawa kwalifikacje i uprawnienia do przewozu osób. </w:t>
      </w:r>
      <w:r w:rsidRPr="00856DA2">
        <w:rPr>
          <w:rFonts w:ascii="Arial Narrow" w:eastAsia="Times New Roman" w:hAnsi="Arial Narrow" w:cs="Times New Roman"/>
          <w:bCs/>
          <w:sz w:val="24"/>
          <w:szCs w:val="24"/>
          <w:lang w:val="pl-PL" w:eastAsia="pl-PL"/>
        </w:rPr>
        <w:t>W przypadku kierowania autobusem, tj. pojazdem przeznaczonym do przewozu więcej niż 9 osób łącznie z kierowcą, wymagane jest prawo jazdy kategorii D.</w:t>
      </w:r>
    </w:p>
    <w:p w14:paraId="3C3C4D74" w14:textId="77777777" w:rsidR="00856DA2" w:rsidRPr="00856DA2" w:rsidRDefault="00856DA2" w:rsidP="00856DA2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val="pl-PL" w:eastAsia="pl-PL"/>
        </w:rPr>
      </w:pPr>
      <w:r w:rsidRPr="00856DA2">
        <w:rPr>
          <w:rFonts w:ascii="Arial Narrow" w:eastAsia="Times New Roman" w:hAnsi="Arial Narrow" w:cs="Times New Roman"/>
          <w:sz w:val="24"/>
          <w:szCs w:val="24"/>
          <w:lang w:val="pl-PL" w:eastAsia="pl-PL"/>
        </w:rPr>
        <w:t>h/ Wykonawca zobowiązany jest do zapewnienia punktualnej i ciągłej realizacji usługi, zgodnie z harmonogramem przekazywanym przez Zamawiającego. W przypadku awarii pojazdu Wykonawca zobowiązany jest zapewnić pojazd zastępczy lub inne rozwiązanie umożliwiające niezwłoczną realizację przewozu.</w:t>
      </w:r>
    </w:p>
    <w:p w14:paraId="0F67AE99" w14:textId="63879729" w:rsidR="007E24D2" w:rsidRPr="00856DA2" w:rsidRDefault="00856DA2" w:rsidP="00856DA2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val="pl-PL" w:eastAsia="pl-PL"/>
        </w:rPr>
      </w:pPr>
      <w:r w:rsidRPr="00856DA2">
        <w:rPr>
          <w:rFonts w:ascii="Arial Narrow" w:eastAsia="Times New Roman" w:hAnsi="Arial Narrow" w:cs="Times New Roman"/>
          <w:sz w:val="24"/>
          <w:szCs w:val="24"/>
          <w:lang w:val="pl-PL" w:eastAsia="pl-PL"/>
        </w:rPr>
        <w:t>i/ Rozliczenie usług transportowych będzie następowało na podstawie faktycznie wykonanych przewozów, według zaoferowanej ceny za 1 km, na podstawie prawidłowo wystawionych faktur VAT.</w:t>
      </w:r>
    </w:p>
    <w:p w14:paraId="5D271056" w14:textId="3E81DFE9" w:rsidR="008E0DE8" w:rsidRPr="008E0DE8" w:rsidRDefault="0045634C" w:rsidP="008E0DE8">
      <w:pPr>
        <w:keepNext/>
        <w:keepLines/>
        <w:spacing w:before="160" w:after="60"/>
        <w:outlineLvl w:val="0"/>
        <w:rPr>
          <w:rFonts w:ascii="Arial Narrow" w:eastAsiaTheme="majorEastAsia" w:hAnsi="Arial Narrow" w:cstheme="majorBidi"/>
          <w:b/>
          <w:bCs/>
          <w:sz w:val="24"/>
          <w:szCs w:val="24"/>
        </w:rPr>
      </w:pPr>
      <w:r>
        <w:rPr>
          <w:rFonts w:ascii="Arial Narrow" w:eastAsiaTheme="majorEastAsia" w:hAnsi="Arial Narrow" w:cstheme="majorBidi"/>
          <w:b/>
          <w:bCs/>
          <w:sz w:val="24"/>
          <w:szCs w:val="24"/>
        </w:rPr>
        <w:t>4</w:t>
      </w:r>
      <w:r w:rsidR="008E0DE8" w:rsidRPr="008E0DE8">
        <w:rPr>
          <w:rFonts w:ascii="Arial Narrow" w:eastAsiaTheme="majorEastAsia" w:hAnsi="Arial Narrow" w:cstheme="majorBidi"/>
          <w:b/>
          <w:bCs/>
          <w:sz w:val="24"/>
          <w:szCs w:val="24"/>
        </w:rPr>
        <w:t xml:space="preserve">. </w:t>
      </w:r>
      <w:r w:rsidR="00831A62">
        <w:rPr>
          <w:rFonts w:ascii="Arial Narrow" w:eastAsiaTheme="majorEastAsia" w:hAnsi="Arial Narrow" w:cstheme="majorBidi"/>
          <w:b/>
          <w:bCs/>
          <w:sz w:val="24"/>
          <w:szCs w:val="24"/>
        </w:rPr>
        <w:t xml:space="preserve">  </w:t>
      </w:r>
      <w:proofErr w:type="spellStart"/>
      <w:r w:rsidR="008E0DE8" w:rsidRPr="008E0DE8">
        <w:rPr>
          <w:rFonts w:ascii="Arial Narrow" w:eastAsiaTheme="majorEastAsia" w:hAnsi="Arial Narrow" w:cstheme="majorBidi"/>
          <w:b/>
          <w:bCs/>
          <w:sz w:val="24"/>
          <w:szCs w:val="24"/>
        </w:rPr>
        <w:t>Kryteria</w:t>
      </w:r>
      <w:proofErr w:type="spellEnd"/>
      <w:r w:rsidR="008E0DE8" w:rsidRPr="008E0DE8">
        <w:rPr>
          <w:rFonts w:ascii="Arial Narrow" w:eastAsiaTheme="majorEastAsia" w:hAnsi="Arial Narrow" w:cstheme="majorBidi"/>
          <w:b/>
          <w:bCs/>
          <w:sz w:val="24"/>
          <w:szCs w:val="24"/>
        </w:rPr>
        <w:t xml:space="preserve"> </w:t>
      </w:r>
      <w:proofErr w:type="spellStart"/>
      <w:r w:rsidR="008E0DE8" w:rsidRPr="008E0DE8">
        <w:rPr>
          <w:rFonts w:ascii="Arial Narrow" w:eastAsiaTheme="majorEastAsia" w:hAnsi="Arial Narrow" w:cstheme="majorBidi"/>
          <w:b/>
          <w:bCs/>
          <w:sz w:val="24"/>
          <w:szCs w:val="24"/>
        </w:rPr>
        <w:t>wyboru</w:t>
      </w:r>
      <w:proofErr w:type="spellEnd"/>
      <w:r w:rsidR="008E0DE8" w:rsidRPr="008E0DE8">
        <w:rPr>
          <w:rFonts w:ascii="Arial Narrow" w:eastAsiaTheme="majorEastAsia" w:hAnsi="Arial Narrow" w:cstheme="majorBidi"/>
          <w:b/>
          <w:bCs/>
          <w:sz w:val="24"/>
          <w:szCs w:val="24"/>
        </w:rPr>
        <w:t xml:space="preserve"> </w:t>
      </w:r>
      <w:proofErr w:type="spellStart"/>
      <w:r w:rsidR="008E0DE8" w:rsidRPr="008E0DE8">
        <w:rPr>
          <w:rFonts w:ascii="Arial Narrow" w:eastAsiaTheme="majorEastAsia" w:hAnsi="Arial Narrow" w:cstheme="majorBidi"/>
          <w:b/>
          <w:bCs/>
          <w:sz w:val="24"/>
          <w:szCs w:val="24"/>
        </w:rPr>
        <w:t>oferty</w:t>
      </w:r>
      <w:proofErr w:type="spellEnd"/>
    </w:p>
    <w:p w14:paraId="6BEEE167" w14:textId="6E7CC792" w:rsidR="00CD4A10" w:rsidRPr="008E0DE8" w:rsidRDefault="008E0DE8" w:rsidP="008E0DE8">
      <w:pPr>
        <w:rPr>
          <w:rFonts w:ascii="Arial Narrow" w:hAnsi="Arial Narrow"/>
          <w:b/>
          <w:sz w:val="24"/>
          <w:szCs w:val="24"/>
        </w:rPr>
      </w:pPr>
      <w:proofErr w:type="spellStart"/>
      <w:r w:rsidRPr="008E0DE8">
        <w:rPr>
          <w:rFonts w:ascii="Arial Narrow" w:hAnsi="Arial Narrow"/>
          <w:b/>
          <w:sz w:val="24"/>
          <w:szCs w:val="24"/>
        </w:rPr>
        <w:t>Cena</w:t>
      </w:r>
      <w:proofErr w:type="spellEnd"/>
      <w:r w:rsidRPr="008E0DE8">
        <w:rPr>
          <w:rFonts w:ascii="Arial Narrow" w:hAnsi="Arial Narrow"/>
          <w:b/>
          <w:sz w:val="24"/>
          <w:szCs w:val="24"/>
        </w:rPr>
        <w:t xml:space="preserve"> </w:t>
      </w:r>
      <w:proofErr w:type="spellStart"/>
      <w:r w:rsidRPr="008E0DE8">
        <w:rPr>
          <w:rFonts w:ascii="Arial Narrow" w:hAnsi="Arial Narrow"/>
          <w:b/>
          <w:sz w:val="24"/>
          <w:szCs w:val="24"/>
        </w:rPr>
        <w:t>brutto</w:t>
      </w:r>
      <w:proofErr w:type="spellEnd"/>
      <w:r w:rsidRPr="008E0DE8">
        <w:rPr>
          <w:rFonts w:ascii="Arial Narrow" w:hAnsi="Arial Narrow"/>
          <w:b/>
          <w:sz w:val="24"/>
          <w:szCs w:val="24"/>
        </w:rPr>
        <w:t xml:space="preserve"> </w:t>
      </w:r>
      <w:proofErr w:type="spellStart"/>
      <w:r w:rsidRPr="008E0DE8">
        <w:rPr>
          <w:rFonts w:ascii="Arial Narrow" w:hAnsi="Arial Narrow"/>
          <w:b/>
          <w:sz w:val="24"/>
          <w:szCs w:val="24"/>
        </w:rPr>
        <w:t>za</w:t>
      </w:r>
      <w:proofErr w:type="spellEnd"/>
      <w:r w:rsidRPr="008E0DE8">
        <w:rPr>
          <w:rFonts w:ascii="Arial Narrow" w:hAnsi="Arial Narrow"/>
          <w:b/>
          <w:sz w:val="24"/>
          <w:szCs w:val="24"/>
        </w:rPr>
        <w:t xml:space="preserve"> </w:t>
      </w:r>
      <w:r w:rsidR="00CD4A10">
        <w:rPr>
          <w:rFonts w:ascii="Arial Narrow" w:hAnsi="Arial Narrow"/>
          <w:b/>
          <w:sz w:val="24"/>
          <w:szCs w:val="24"/>
        </w:rPr>
        <w:t>28 800</w:t>
      </w:r>
      <w:r w:rsidRPr="008E0DE8">
        <w:rPr>
          <w:rFonts w:ascii="Arial Narrow" w:hAnsi="Arial Narrow"/>
          <w:b/>
          <w:sz w:val="24"/>
          <w:szCs w:val="24"/>
        </w:rPr>
        <w:t xml:space="preserve"> km: 100%</w:t>
      </w:r>
      <w:r w:rsidR="00CD4A10">
        <w:rPr>
          <w:rFonts w:ascii="Arial Narrow" w:hAnsi="Arial Narrow"/>
          <w:b/>
          <w:sz w:val="24"/>
          <w:szCs w:val="24"/>
        </w:rPr>
        <w:t xml:space="preserve">  (w </w:t>
      </w:r>
      <w:proofErr w:type="spellStart"/>
      <w:r w:rsidR="00CD4A10">
        <w:rPr>
          <w:rFonts w:ascii="Arial Narrow" w:hAnsi="Arial Narrow"/>
          <w:b/>
          <w:sz w:val="24"/>
          <w:szCs w:val="24"/>
        </w:rPr>
        <w:t>tym</w:t>
      </w:r>
      <w:proofErr w:type="spellEnd"/>
      <w:r w:rsidR="00CD4A10">
        <w:rPr>
          <w:rFonts w:ascii="Arial Narrow" w:hAnsi="Arial Narrow"/>
          <w:b/>
          <w:sz w:val="24"/>
          <w:szCs w:val="24"/>
        </w:rPr>
        <w:t xml:space="preserve"> </w:t>
      </w:r>
      <w:proofErr w:type="spellStart"/>
      <w:r w:rsidR="00CD4A10">
        <w:rPr>
          <w:rFonts w:ascii="Arial Narrow" w:hAnsi="Arial Narrow"/>
          <w:b/>
          <w:sz w:val="24"/>
          <w:szCs w:val="24"/>
        </w:rPr>
        <w:t>cena</w:t>
      </w:r>
      <w:proofErr w:type="spellEnd"/>
      <w:r w:rsidR="00CD4A10">
        <w:rPr>
          <w:rFonts w:ascii="Arial Narrow" w:hAnsi="Arial Narrow"/>
          <w:b/>
          <w:sz w:val="24"/>
          <w:szCs w:val="24"/>
        </w:rPr>
        <w:t xml:space="preserve"> </w:t>
      </w:r>
      <w:proofErr w:type="spellStart"/>
      <w:r w:rsidR="00CD4A10">
        <w:rPr>
          <w:rFonts w:ascii="Arial Narrow" w:hAnsi="Arial Narrow"/>
          <w:b/>
          <w:sz w:val="24"/>
          <w:szCs w:val="24"/>
        </w:rPr>
        <w:t>brutto</w:t>
      </w:r>
      <w:proofErr w:type="spellEnd"/>
      <w:r w:rsidR="00CD4A10">
        <w:rPr>
          <w:rFonts w:ascii="Arial Narrow" w:hAnsi="Arial Narrow"/>
          <w:b/>
          <w:sz w:val="24"/>
          <w:szCs w:val="24"/>
        </w:rPr>
        <w:t xml:space="preserve"> </w:t>
      </w:r>
      <w:proofErr w:type="spellStart"/>
      <w:r w:rsidR="00CD4A10">
        <w:rPr>
          <w:rFonts w:ascii="Arial Narrow" w:hAnsi="Arial Narrow"/>
          <w:b/>
          <w:sz w:val="24"/>
          <w:szCs w:val="24"/>
        </w:rPr>
        <w:t>za</w:t>
      </w:r>
      <w:proofErr w:type="spellEnd"/>
      <w:r w:rsidR="00CD4A10">
        <w:rPr>
          <w:rFonts w:ascii="Arial Narrow" w:hAnsi="Arial Narrow"/>
          <w:b/>
          <w:sz w:val="24"/>
          <w:szCs w:val="24"/>
        </w:rPr>
        <w:t xml:space="preserve"> 1 km)</w:t>
      </w:r>
    </w:p>
    <w:p w14:paraId="1F5ED2DC" w14:textId="7918E645" w:rsidR="008E0DE8" w:rsidRPr="000E427F" w:rsidRDefault="008E0DE8" w:rsidP="008E0DE8">
      <w:pPr>
        <w:pStyle w:val="isselectedend"/>
        <w:spacing w:before="0" w:beforeAutospacing="0" w:after="0" w:afterAutospacing="0"/>
        <w:jc w:val="both"/>
        <w:rPr>
          <w:rFonts w:ascii="Arial Narrow" w:hAnsi="Arial Narrow"/>
        </w:rPr>
      </w:pPr>
      <w:r w:rsidRPr="000E427F">
        <w:rPr>
          <w:rFonts w:ascii="Arial Narrow" w:hAnsi="Arial Narrow"/>
        </w:rPr>
        <w:t xml:space="preserve">Przy wyborze oferty Zamawiający będzie kierował się wyłącznie kryterium ceny brutto za </w:t>
      </w:r>
      <w:r w:rsidR="00CD4A10" w:rsidRPr="000E427F">
        <w:rPr>
          <w:rFonts w:ascii="Arial Narrow" w:hAnsi="Arial Narrow"/>
        </w:rPr>
        <w:t xml:space="preserve">28 800 </w:t>
      </w:r>
      <w:r w:rsidRPr="000E427F">
        <w:rPr>
          <w:rFonts w:ascii="Arial Narrow" w:hAnsi="Arial Narrow"/>
        </w:rPr>
        <w:t xml:space="preserve">km. Za najkorzystniejszą zostanie uznana oferta spełniająca wszystkie wymagania określone w niniejszym zapytaniu ofertowym, która zawiera najniższą cenę brutto za </w:t>
      </w:r>
      <w:r w:rsidR="000E427F" w:rsidRPr="000E427F">
        <w:rPr>
          <w:rFonts w:ascii="Arial Narrow" w:hAnsi="Arial Narrow"/>
        </w:rPr>
        <w:t xml:space="preserve">28 800 </w:t>
      </w:r>
      <w:r w:rsidRPr="000E427F">
        <w:rPr>
          <w:rFonts w:ascii="Arial Narrow" w:hAnsi="Arial Narrow"/>
        </w:rPr>
        <w:t xml:space="preserve"> km.</w:t>
      </w:r>
    </w:p>
    <w:p w14:paraId="4CF3A1B6" w14:textId="0F010842" w:rsidR="00831A62" w:rsidRPr="000E427F" w:rsidRDefault="001B14DF" w:rsidP="00831A62">
      <w:pPr>
        <w:pStyle w:val="isselectedend"/>
        <w:spacing w:before="0" w:beforeAutospacing="0" w:after="0" w:afterAutospacing="0"/>
        <w:jc w:val="both"/>
        <w:rPr>
          <w:rFonts w:ascii="Arial Narrow" w:hAnsi="Arial Narrow"/>
          <w:b/>
          <w:color w:val="00B050"/>
        </w:rPr>
      </w:pPr>
      <w:r w:rsidRPr="00856DA2">
        <w:rPr>
          <w:rFonts w:ascii="Arial Narrow" w:hAnsi="Arial Narrow"/>
          <w:color w:val="00B050"/>
        </w:rPr>
        <w:t>.</w:t>
      </w:r>
      <w:r w:rsidR="00831A62" w:rsidRPr="00831A62">
        <w:rPr>
          <w:rFonts w:ascii="Arial Narrow" w:hAnsi="Arial Narrow"/>
        </w:rPr>
        <w:t xml:space="preserve">W przypadku, gdy dwie lub więcej ofert zawierać będą taką samą najniższą cenę brutto za </w:t>
      </w:r>
      <w:r w:rsidR="00CD4A10">
        <w:rPr>
          <w:rFonts w:ascii="Arial Narrow" w:hAnsi="Arial Narrow"/>
        </w:rPr>
        <w:t xml:space="preserve">28 800 </w:t>
      </w:r>
      <w:r w:rsidR="00831A62" w:rsidRPr="00831A62">
        <w:rPr>
          <w:rFonts w:ascii="Arial Narrow" w:hAnsi="Arial Narrow"/>
        </w:rPr>
        <w:t xml:space="preserve"> km, Zamawiający wezwie Wykonawców, którzy złożyli te oferty, do złożenia dodatkowych ofert cenowych.</w:t>
      </w:r>
    </w:p>
    <w:p w14:paraId="398FA593" w14:textId="77777777" w:rsidR="00831A62" w:rsidRDefault="00831A62" w:rsidP="00831A62">
      <w:pPr>
        <w:pStyle w:val="NormalnyWeb"/>
        <w:spacing w:before="0" w:beforeAutospacing="0" w:after="0" w:afterAutospacing="0"/>
        <w:jc w:val="both"/>
      </w:pPr>
      <w:r w:rsidRPr="00831A62">
        <w:rPr>
          <w:rFonts w:ascii="Arial Narrow" w:hAnsi="Arial Narrow"/>
        </w:rPr>
        <w:t>W uzasadnionych przypadkach Zamawiający dopuszcza możliwość przeprowadzenia negocjacji z Wykonawcą, którego oferta została uznana za najkorzystniejszą na podstawie przyjętego kryterium wyboru</w:t>
      </w:r>
      <w:r>
        <w:t>.</w:t>
      </w:r>
    </w:p>
    <w:p w14:paraId="5D388476" w14:textId="39FB1558" w:rsidR="00831A62" w:rsidRPr="00831A62" w:rsidRDefault="0045634C" w:rsidP="0045634C">
      <w:pPr>
        <w:pStyle w:val="Nagwek1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5.</w:t>
      </w:r>
      <w:r w:rsidR="00231E36" w:rsidRPr="00623288">
        <w:rPr>
          <w:rFonts w:ascii="Arial Narrow" w:hAnsi="Arial Narrow"/>
          <w:sz w:val="24"/>
          <w:szCs w:val="24"/>
        </w:rPr>
        <w:t xml:space="preserve">Wymagania </w:t>
      </w:r>
      <w:proofErr w:type="spellStart"/>
      <w:r w:rsidR="00231E36" w:rsidRPr="00623288">
        <w:rPr>
          <w:rFonts w:ascii="Arial Narrow" w:hAnsi="Arial Narrow"/>
          <w:sz w:val="24"/>
          <w:szCs w:val="24"/>
        </w:rPr>
        <w:t>dotyczące</w:t>
      </w:r>
      <w:proofErr w:type="spellEnd"/>
      <w:r w:rsidR="00231E36" w:rsidRPr="00623288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231E36" w:rsidRPr="00623288">
        <w:rPr>
          <w:rFonts w:ascii="Arial Narrow" w:hAnsi="Arial Narrow"/>
          <w:sz w:val="24"/>
          <w:szCs w:val="24"/>
        </w:rPr>
        <w:t>oferty</w:t>
      </w:r>
      <w:proofErr w:type="spellEnd"/>
    </w:p>
    <w:p w14:paraId="1CABC2BE" w14:textId="77777777" w:rsidR="00831A62" w:rsidRPr="00831A62" w:rsidRDefault="00831A62" w:rsidP="00831A62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val="pl-PL" w:eastAsia="pl-PL"/>
        </w:rPr>
      </w:pPr>
      <w:r w:rsidRPr="00831A62">
        <w:rPr>
          <w:rFonts w:ascii="Arial Narrow" w:eastAsia="Times New Roman" w:hAnsi="Arial Narrow" w:cs="Times New Roman"/>
          <w:sz w:val="24"/>
          <w:szCs w:val="24"/>
          <w:lang w:val="pl-PL" w:eastAsia="pl-PL"/>
        </w:rPr>
        <w:t>Oferta musi być sporządzona w języku polskim, w formie pisemnej lub elektronicznej, oraz podpisana przez osobę upoważnioną do reprezentowania Wykonawcy.</w:t>
      </w:r>
    </w:p>
    <w:p w14:paraId="045AC633" w14:textId="77777777" w:rsidR="00831A62" w:rsidRPr="00831A62" w:rsidRDefault="00831A62" w:rsidP="00831A62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val="pl-PL" w:eastAsia="pl-PL"/>
        </w:rPr>
      </w:pPr>
      <w:r w:rsidRPr="00831A62">
        <w:rPr>
          <w:rFonts w:ascii="Arial Narrow" w:eastAsia="Times New Roman" w:hAnsi="Arial Narrow" w:cs="Times New Roman"/>
          <w:sz w:val="24"/>
          <w:szCs w:val="24"/>
          <w:lang w:val="pl-PL" w:eastAsia="pl-PL"/>
        </w:rPr>
        <w:t>Oferta powinna zawierać:</w:t>
      </w:r>
    </w:p>
    <w:p w14:paraId="29723778" w14:textId="77777777" w:rsidR="00831A62" w:rsidRPr="00831A62" w:rsidRDefault="00831A62" w:rsidP="00831A62">
      <w:pPr>
        <w:numPr>
          <w:ilvl w:val="1"/>
          <w:numId w:val="12"/>
        </w:num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val="pl-PL" w:eastAsia="pl-PL"/>
        </w:rPr>
      </w:pPr>
      <w:r w:rsidRPr="00831A62">
        <w:rPr>
          <w:rFonts w:ascii="Arial Narrow" w:eastAsia="Times New Roman" w:hAnsi="Arial Narrow" w:cs="Times New Roman"/>
          <w:sz w:val="24"/>
          <w:szCs w:val="24"/>
          <w:lang w:val="pl-PL" w:eastAsia="pl-PL"/>
        </w:rPr>
        <w:t>pełną nazwę Wykonawcy, adres siedziby, NIP oraz dane kontaktowe;</w:t>
      </w:r>
    </w:p>
    <w:p w14:paraId="1DC6BF20" w14:textId="77777777" w:rsidR="00831A62" w:rsidRPr="00831A62" w:rsidRDefault="00831A62" w:rsidP="00831A62">
      <w:pPr>
        <w:numPr>
          <w:ilvl w:val="1"/>
          <w:numId w:val="12"/>
        </w:num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val="pl-PL" w:eastAsia="pl-PL"/>
        </w:rPr>
      </w:pPr>
      <w:r w:rsidRPr="00831A62">
        <w:rPr>
          <w:rFonts w:ascii="Arial Narrow" w:eastAsia="Times New Roman" w:hAnsi="Arial Narrow" w:cs="Times New Roman"/>
          <w:sz w:val="24"/>
          <w:szCs w:val="24"/>
          <w:lang w:val="pl-PL" w:eastAsia="pl-PL"/>
        </w:rPr>
        <w:lastRenderedPageBreak/>
        <w:t>oświadczenie Wykonawcy o akceptacji warunków określonych w niniejszym zapytaniu ofertowym;</w:t>
      </w:r>
    </w:p>
    <w:p w14:paraId="6C9F01DE" w14:textId="160FDA23" w:rsidR="00831A62" w:rsidRPr="00831A62" w:rsidRDefault="00AB5E7E" w:rsidP="00831A62">
      <w:pPr>
        <w:numPr>
          <w:ilvl w:val="1"/>
          <w:numId w:val="12"/>
        </w:num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val="pl-PL" w:eastAsia="pl-PL"/>
        </w:rPr>
      </w:pPr>
      <w:r>
        <w:rPr>
          <w:rFonts w:ascii="Arial Narrow" w:eastAsia="Times New Roman" w:hAnsi="Arial Narrow" w:cs="Times New Roman"/>
          <w:sz w:val="24"/>
          <w:szCs w:val="24"/>
          <w:lang w:val="pl-PL" w:eastAsia="pl-PL"/>
        </w:rPr>
        <w:t>wartość</w:t>
      </w:r>
      <w:r w:rsidR="00831A62" w:rsidRPr="00831A62">
        <w:rPr>
          <w:rFonts w:ascii="Arial Narrow" w:eastAsia="Times New Roman" w:hAnsi="Arial Narrow" w:cs="Times New Roman"/>
          <w:sz w:val="24"/>
          <w:szCs w:val="24"/>
          <w:lang w:val="pl-PL" w:eastAsia="pl-PL"/>
        </w:rPr>
        <w:t xml:space="preserve"> netto</w:t>
      </w:r>
      <w:r>
        <w:rPr>
          <w:rFonts w:ascii="Arial Narrow" w:eastAsia="Times New Roman" w:hAnsi="Arial Narrow" w:cs="Times New Roman"/>
          <w:sz w:val="24"/>
          <w:szCs w:val="24"/>
          <w:lang w:val="pl-PL" w:eastAsia="pl-PL"/>
        </w:rPr>
        <w:t xml:space="preserve"> </w:t>
      </w:r>
      <w:r w:rsidRPr="00831A62">
        <w:rPr>
          <w:rFonts w:ascii="Arial Narrow" w:eastAsia="Times New Roman" w:hAnsi="Arial Narrow" w:cs="Times New Roman"/>
          <w:sz w:val="24"/>
          <w:szCs w:val="24"/>
          <w:lang w:val="pl-PL" w:eastAsia="pl-PL"/>
        </w:rPr>
        <w:t>usługi przy założeniu realizacji około 28 800 km</w:t>
      </w:r>
      <w:r>
        <w:rPr>
          <w:rFonts w:ascii="Arial Narrow" w:eastAsia="Times New Roman" w:hAnsi="Arial Narrow" w:cs="Times New Roman"/>
          <w:sz w:val="24"/>
          <w:szCs w:val="24"/>
          <w:lang w:val="pl-PL" w:eastAsia="pl-PL"/>
        </w:rPr>
        <w:t>;</w:t>
      </w:r>
    </w:p>
    <w:p w14:paraId="2B179A49" w14:textId="77777777" w:rsidR="00831A62" w:rsidRPr="00831A62" w:rsidRDefault="00831A62" w:rsidP="00831A62">
      <w:pPr>
        <w:numPr>
          <w:ilvl w:val="1"/>
          <w:numId w:val="12"/>
        </w:num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val="pl-PL" w:eastAsia="pl-PL"/>
        </w:rPr>
      </w:pPr>
      <w:r w:rsidRPr="00831A62">
        <w:rPr>
          <w:rFonts w:ascii="Arial Narrow" w:eastAsia="Times New Roman" w:hAnsi="Arial Narrow" w:cs="Times New Roman"/>
          <w:sz w:val="24"/>
          <w:szCs w:val="24"/>
          <w:lang w:val="pl-PL" w:eastAsia="pl-PL"/>
        </w:rPr>
        <w:t>stawkę podatku VAT;</w:t>
      </w:r>
    </w:p>
    <w:p w14:paraId="4956218A" w14:textId="35F4FB40" w:rsidR="00AB5E7E" w:rsidRPr="00AB5E7E" w:rsidRDefault="00AB5E7E" w:rsidP="00AB5E7E">
      <w:pPr>
        <w:numPr>
          <w:ilvl w:val="1"/>
          <w:numId w:val="12"/>
        </w:num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val="pl-PL" w:eastAsia="pl-PL"/>
        </w:rPr>
      </w:pPr>
      <w:r w:rsidRPr="00831A62">
        <w:rPr>
          <w:rFonts w:ascii="Arial Narrow" w:eastAsia="Times New Roman" w:hAnsi="Arial Narrow" w:cs="Times New Roman"/>
          <w:sz w:val="24"/>
          <w:szCs w:val="24"/>
          <w:lang w:val="pl-PL" w:eastAsia="pl-PL"/>
        </w:rPr>
        <w:t>wartość brutto usługi przy założ</w:t>
      </w:r>
      <w:r>
        <w:rPr>
          <w:rFonts w:ascii="Arial Narrow" w:eastAsia="Times New Roman" w:hAnsi="Arial Narrow" w:cs="Times New Roman"/>
          <w:sz w:val="24"/>
          <w:szCs w:val="24"/>
          <w:lang w:val="pl-PL" w:eastAsia="pl-PL"/>
        </w:rPr>
        <w:t>eniu realizacji około 28 800 km;</w:t>
      </w:r>
    </w:p>
    <w:p w14:paraId="1FC48BD3" w14:textId="7489993B" w:rsidR="00831A62" w:rsidRPr="00AB5E7E" w:rsidRDefault="00831A62" w:rsidP="00AB5E7E">
      <w:pPr>
        <w:numPr>
          <w:ilvl w:val="1"/>
          <w:numId w:val="12"/>
        </w:num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val="pl-PL" w:eastAsia="pl-PL"/>
        </w:rPr>
      </w:pPr>
      <w:r w:rsidRPr="00831A62">
        <w:rPr>
          <w:rFonts w:ascii="Arial Narrow" w:eastAsia="Times New Roman" w:hAnsi="Arial Narrow" w:cs="Times New Roman"/>
          <w:sz w:val="24"/>
          <w:szCs w:val="24"/>
          <w:lang w:val="pl-PL" w:eastAsia="pl-PL"/>
        </w:rPr>
        <w:t>cenę brutto za 1 km świadczonej usługi transportowej;</w:t>
      </w:r>
    </w:p>
    <w:p w14:paraId="4B0078F9" w14:textId="5A322D93" w:rsidR="00831A62" w:rsidRDefault="00831A62" w:rsidP="00831A62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val="pl-PL" w:eastAsia="pl-PL"/>
        </w:rPr>
      </w:pPr>
      <w:r w:rsidRPr="00831A62">
        <w:rPr>
          <w:rFonts w:ascii="Arial Narrow" w:eastAsia="Times New Roman" w:hAnsi="Arial Narrow" w:cs="Times New Roman"/>
          <w:sz w:val="24"/>
          <w:szCs w:val="24"/>
          <w:lang w:val="pl-PL" w:eastAsia="pl-PL"/>
        </w:rPr>
        <w:t>Cenę należy przedstawić według poniższego zestawienia:</w:t>
      </w:r>
    </w:p>
    <w:tbl>
      <w:tblPr>
        <w:tblStyle w:val="Tabela-Siatka"/>
        <w:tblW w:w="0" w:type="auto"/>
        <w:tblInd w:w="704" w:type="dxa"/>
        <w:tblLook w:val="04A0" w:firstRow="1" w:lastRow="0" w:firstColumn="1" w:lastColumn="0" w:noHBand="0" w:noVBand="1"/>
      </w:tblPr>
      <w:tblGrid>
        <w:gridCol w:w="709"/>
        <w:gridCol w:w="4536"/>
        <w:gridCol w:w="1984"/>
      </w:tblGrid>
      <w:tr w:rsidR="00831A62" w:rsidRPr="00831A62" w14:paraId="1EC52D84" w14:textId="77777777" w:rsidTr="00831A62">
        <w:tc>
          <w:tcPr>
            <w:tcW w:w="709" w:type="dxa"/>
            <w:vAlign w:val="center"/>
          </w:tcPr>
          <w:p w14:paraId="7CBD8D30" w14:textId="14DA0A29" w:rsidR="00831A62" w:rsidRPr="00831A62" w:rsidRDefault="00831A62" w:rsidP="00831A62">
            <w:pPr>
              <w:spacing w:before="100" w:beforeAutospacing="1" w:after="100" w:afterAutospacing="1" w:line="360" w:lineRule="auto"/>
              <w:rPr>
                <w:rFonts w:ascii="Arial Narrow" w:eastAsia="Times New Roman" w:hAnsi="Arial Narrow" w:cs="Times New Roman"/>
                <w:sz w:val="24"/>
                <w:szCs w:val="24"/>
                <w:lang w:val="pl-PL" w:eastAsia="pl-PL"/>
              </w:rPr>
            </w:pPr>
            <w:r w:rsidRPr="00831A62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val="pl-PL" w:eastAsia="pl-PL"/>
              </w:rPr>
              <w:t>Lp.</w:t>
            </w:r>
          </w:p>
        </w:tc>
        <w:tc>
          <w:tcPr>
            <w:tcW w:w="4536" w:type="dxa"/>
            <w:vAlign w:val="center"/>
          </w:tcPr>
          <w:p w14:paraId="0EDE743C" w14:textId="0BC47C66" w:rsidR="00831A62" w:rsidRPr="00831A62" w:rsidRDefault="00831A62" w:rsidP="00831A62">
            <w:pPr>
              <w:spacing w:before="100" w:beforeAutospacing="1" w:after="100" w:afterAutospacing="1" w:line="360" w:lineRule="auto"/>
              <w:rPr>
                <w:rFonts w:ascii="Arial Narrow" w:eastAsia="Times New Roman" w:hAnsi="Arial Narrow" w:cs="Times New Roman"/>
                <w:sz w:val="24"/>
                <w:szCs w:val="24"/>
                <w:lang w:val="pl-PL" w:eastAsia="pl-PL"/>
              </w:rPr>
            </w:pPr>
            <w:r w:rsidRPr="00831A62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val="pl-PL" w:eastAsia="pl-PL"/>
              </w:rPr>
              <w:t>Wyszczególnienie</w:t>
            </w:r>
          </w:p>
        </w:tc>
        <w:tc>
          <w:tcPr>
            <w:tcW w:w="1984" w:type="dxa"/>
            <w:vAlign w:val="center"/>
          </w:tcPr>
          <w:p w14:paraId="071DD6C6" w14:textId="0BE4FCB2" w:rsidR="00831A62" w:rsidRPr="00831A62" w:rsidRDefault="00831A62" w:rsidP="00831A62">
            <w:pPr>
              <w:spacing w:before="100" w:beforeAutospacing="1" w:after="100" w:afterAutospacing="1" w:line="360" w:lineRule="auto"/>
              <w:rPr>
                <w:rFonts w:ascii="Arial Narrow" w:eastAsia="Times New Roman" w:hAnsi="Arial Narrow" w:cs="Times New Roman"/>
                <w:sz w:val="24"/>
                <w:szCs w:val="24"/>
                <w:lang w:val="pl-PL" w:eastAsia="pl-PL"/>
              </w:rPr>
            </w:pPr>
            <w:r w:rsidRPr="00831A62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val="pl-PL" w:eastAsia="pl-PL"/>
              </w:rPr>
              <w:t>Wartość</w:t>
            </w:r>
          </w:p>
        </w:tc>
      </w:tr>
      <w:tr w:rsidR="00831A62" w:rsidRPr="00831A62" w14:paraId="402B08F0" w14:textId="77777777" w:rsidTr="00831A62">
        <w:tc>
          <w:tcPr>
            <w:tcW w:w="709" w:type="dxa"/>
          </w:tcPr>
          <w:p w14:paraId="0D6FF4A7" w14:textId="07059609" w:rsidR="00831A62" w:rsidRPr="00831A62" w:rsidRDefault="00831A62" w:rsidP="00831A62">
            <w:pPr>
              <w:spacing w:before="100" w:beforeAutospacing="1" w:after="100" w:afterAutospacing="1" w:line="360" w:lineRule="auto"/>
              <w:rPr>
                <w:rFonts w:ascii="Arial Narrow" w:eastAsia="Times New Roman" w:hAnsi="Arial Narrow" w:cs="Times New Roman"/>
                <w:sz w:val="24"/>
                <w:szCs w:val="24"/>
                <w:lang w:val="pl-PL" w:eastAsia="pl-PL"/>
              </w:rPr>
            </w:pPr>
            <w:r w:rsidRPr="00831A62">
              <w:rPr>
                <w:rFonts w:ascii="Arial Narrow" w:eastAsia="Times New Roman" w:hAnsi="Arial Narrow" w:cs="Times New Roman"/>
                <w:sz w:val="24"/>
                <w:szCs w:val="24"/>
                <w:lang w:val="pl-PL" w:eastAsia="pl-PL"/>
              </w:rPr>
              <w:t>1.</w:t>
            </w:r>
          </w:p>
        </w:tc>
        <w:tc>
          <w:tcPr>
            <w:tcW w:w="4536" w:type="dxa"/>
          </w:tcPr>
          <w:p w14:paraId="1B095A06" w14:textId="79E81BCB" w:rsidR="00831A62" w:rsidRPr="00831A62" w:rsidRDefault="00CD4A10" w:rsidP="00CD4A10">
            <w:pPr>
              <w:spacing w:before="100" w:beforeAutospacing="1" w:after="100" w:afterAutospacing="1" w:line="360" w:lineRule="auto"/>
              <w:rPr>
                <w:rFonts w:ascii="Arial Narrow" w:eastAsia="Times New Roman" w:hAnsi="Arial Narrow" w:cs="Times New Roman"/>
                <w:sz w:val="24"/>
                <w:szCs w:val="24"/>
                <w:lang w:val="pl-PL" w:eastAsia="pl-PL"/>
              </w:rPr>
            </w:pPr>
            <w:r w:rsidRPr="00831A62">
              <w:rPr>
                <w:rFonts w:ascii="Arial Narrow" w:eastAsia="Times New Roman" w:hAnsi="Arial Narrow" w:cs="Times New Roman"/>
                <w:sz w:val="24"/>
                <w:szCs w:val="24"/>
                <w:lang w:val="pl-PL" w:eastAsia="pl-PL"/>
              </w:rPr>
              <w:t xml:space="preserve">Wartość netto dla 28 800 km </w:t>
            </w:r>
          </w:p>
        </w:tc>
        <w:tc>
          <w:tcPr>
            <w:tcW w:w="1984" w:type="dxa"/>
          </w:tcPr>
          <w:p w14:paraId="50CF6A3A" w14:textId="49794142" w:rsidR="00831A62" w:rsidRPr="00831A62" w:rsidRDefault="00831A62" w:rsidP="00831A62">
            <w:pPr>
              <w:spacing w:before="100" w:beforeAutospacing="1" w:after="100" w:afterAutospacing="1" w:line="360" w:lineRule="auto"/>
              <w:rPr>
                <w:rFonts w:ascii="Arial Narrow" w:eastAsia="Times New Roman" w:hAnsi="Arial Narrow" w:cs="Times New Roman"/>
                <w:sz w:val="24"/>
                <w:szCs w:val="24"/>
                <w:lang w:val="pl-PL" w:eastAsia="pl-PL"/>
              </w:rPr>
            </w:pPr>
            <w:r w:rsidRPr="00831A62">
              <w:rPr>
                <w:rFonts w:ascii="Arial Narrow" w:eastAsia="Times New Roman" w:hAnsi="Arial Narrow" w:cs="Times New Roman"/>
                <w:sz w:val="24"/>
                <w:szCs w:val="24"/>
                <w:lang w:val="pl-PL" w:eastAsia="pl-PL"/>
              </w:rPr>
              <w:t>.......</w:t>
            </w:r>
            <w:r>
              <w:rPr>
                <w:rFonts w:ascii="Arial Narrow" w:eastAsia="Times New Roman" w:hAnsi="Arial Narrow" w:cs="Times New Roman"/>
                <w:sz w:val="24"/>
                <w:szCs w:val="24"/>
                <w:lang w:val="pl-PL" w:eastAsia="pl-PL"/>
              </w:rPr>
              <w:t>.............</w:t>
            </w:r>
            <w:r w:rsidRPr="00831A62">
              <w:rPr>
                <w:rFonts w:ascii="Arial Narrow" w:eastAsia="Times New Roman" w:hAnsi="Arial Narrow" w:cs="Times New Roman"/>
                <w:sz w:val="24"/>
                <w:szCs w:val="24"/>
                <w:lang w:val="pl-PL" w:eastAsia="pl-PL"/>
              </w:rPr>
              <w:t>... zł</w:t>
            </w:r>
          </w:p>
        </w:tc>
      </w:tr>
      <w:tr w:rsidR="00CD4A10" w:rsidRPr="00831A62" w14:paraId="46067B43" w14:textId="77777777" w:rsidTr="00831A62">
        <w:tc>
          <w:tcPr>
            <w:tcW w:w="709" w:type="dxa"/>
          </w:tcPr>
          <w:p w14:paraId="17213674" w14:textId="5E024031" w:rsidR="00CD4A10" w:rsidRPr="00831A62" w:rsidRDefault="00CD4A10" w:rsidP="00CD4A10">
            <w:pPr>
              <w:spacing w:before="100" w:beforeAutospacing="1" w:after="100" w:afterAutospacing="1" w:line="360" w:lineRule="auto"/>
              <w:rPr>
                <w:rFonts w:ascii="Arial Narrow" w:eastAsia="Times New Roman" w:hAnsi="Arial Narrow" w:cs="Times New Roman"/>
                <w:sz w:val="24"/>
                <w:szCs w:val="24"/>
                <w:lang w:val="pl-PL" w:eastAsia="pl-PL"/>
              </w:rPr>
            </w:pPr>
            <w:r w:rsidRPr="00831A62">
              <w:rPr>
                <w:rFonts w:ascii="Arial Narrow" w:eastAsia="Times New Roman" w:hAnsi="Arial Narrow" w:cs="Times New Roman"/>
                <w:sz w:val="24"/>
                <w:szCs w:val="24"/>
                <w:lang w:val="pl-PL" w:eastAsia="pl-PL"/>
              </w:rPr>
              <w:t>2.</w:t>
            </w:r>
          </w:p>
        </w:tc>
        <w:tc>
          <w:tcPr>
            <w:tcW w:w="4536" w:type="dxa"/>
          </w:tcPr>
          <w:p w14:paraId="7032AD52" w14:textId="6F2062E0" w:rsidR="00CD4A10" w:rsidRPr="00831A62" w:rsidRDefault="00CD4A10" w:rsidP="00CD4A10">
            <w:pPr>
              <w:spacing w:before="100" w:beforeAutospacing="1" w:after="100" w:afterAutospacing="1" w:line="360" w:lineRule="auto"/>
              <w:rPr>
                <w:rFonts w:ascii="Arial Narrow" w:eastAsia="Times New Roman" w:hAnsi="Arial Narrow" w:cs="Times New Roman"/>
                <w:sz w:val="24"/>
                <w:szCs w:val="24"/>
                <w:lang w:val="pl-PL" w:eastAsia="pl-PL"/>
              </w:rPr>
            </w:pPr>
            <w:r w:rsidRPr="00831A62">
              <w:rPr>
                <w:rFonts w:ascii="Arial Narrow" w:eastAsia="Times New Roman" w:hAnsi="Arial Narrow" w:cs="Times New Roman"/>
                <w:sz w:val="24"/>
                <w:szCs w:val="24"/>
                <w:lang w:val="pl-PL" w:eastAsia="pl-PL"/>
              </w:rPr>
              <w:t>Podatek VAT – stawka .......... %</w:t>
            </w:r>
          </w:p>
        </w:tc>
        <w:tc>
          <w:tcPr>
            <w:tcW w:w="1984" w:type="dxa"/>
          </w:tcPr>
          <w:p w14:paraId="633010EF" w14:textId="55568219" w:rsidR="00CD4A10" w:rsidRPr="00831A62" w:rsidRDefault="00CD4A10" w:rsidP="00CD4A10">
            <w:pPr>
              <w:spacing w:before="100" w:beforeAutospacing="1" w:after="100" w:afterAutospacing="1" w:line="360" w:lineRule="auto"/>
              <w:rPr>
                <w:rFonts w:ascii="Arial Narrow" w:eastAsia="Times New Roman" w:hAnsi="Arial Narrow" w:cs="Times New Roman"/>
                <w:sz w:val="24"/>
                <w:szCs w:val="24"/>
                <w:lang w:val="pl-PL" w:eastAsia="pl-PL"/>
              </w:rPr>
            </w:pPr>
            <w:r w:rsidRPr="00831A62">
              <w:rPr>
                <w:rFonts w:ascii="Arial Narrow" w:eastAsia="Times New Roman" w:hAnsi="Arial Narrow" w:cs="Times New Roman"/>
                <w:sz w:val="24"/>
                <w:szCs w:val="24"/>
                <w:lang w:val="pl-PL" w:eastAsia="pl-PL"/>
              </w:rPr>
              <w:t>....</w:t>
            </w:r>
            <w:r>
              <w:rPr>
                <w:rFonts w:ascii="Arial Narrow" w:eastAsia="Times New Roman" w:hAnsi="Arial Narrow" w:cs="Times New Roman"/>
                <w:sz w:val="24"/>
                <w:szCs w:val="24"/>
                <w:lang w:val="pl-PL" w:eastAsia="pl-PL"/>
              </w:rPr>
              <w:t>.............</w:t>
            </w:r>
            <w:r w:rsidRPr="00831A62">
              <w:rPr>
                <w:rFonts w:ascii="Arial Narrow" w:eastAsia="Times New Roman" w:hAnsi="Arial Narrow" w:cs="Times New Roman"/>
                <w:sz w:val="24"/>
                <w:szCs w:val="24"/>
                <w:lang w:val="pl-PL" w:eastAsia="pl-PL"/>
              </w:rPr>
              <w:t>...... zł</w:t>
            </w:r>
          </w:p>
        </w:tc>
      </w:tr>
      <w:tr w:rsidR="00CD4A10" w:rsidRPr="00831A62" w14:paraId="42293F84" w14:textId="77777777" w:rsidTr="00831A62">
        <w:tc>
          <w:tcPr>
            <w:tcW w:w="709" w:type="dxa"/>
          </w:tcPr>
          <w:p w14:paraId="33AAD418" w14:textId="17657EC1" w:rsidR="00CD4A10" w:rsidRPr="00831A62" w:rsidRDefault="00CD4A10" w:rsidP="00CD4A10">
            <w:pPr>
              <w:spacing w:after="0" w:line="360" w:lineRule="auto"/>
              <w:rPr>
                <w:rFonts w:ascii="Arial Narrow" w:eastAsia="Times New Roman" w:hAnsi="Arial Narrow" w:cs="Times New Roman"/>
                <w:sz w:val="24"/>
                <w:szCs w:val="24"/>
                <w:lang w:val="pl-PL" w:eastAsia="pl-PL"/>
              </w:rPr>
            </w:pPr>
            <w:r w:rsidRPr="00831A62">
              <w:rPr>
                <w:rFonts w:ascii="Arial Narrow" w:eastAsia="Times New Roman" w:hAnsi="Arial Narrow" w:cs="Times New Roman"/>
                <w:sz w:val="24"/>
                <w:szCs w:val="24"/>
                <w:lang w:val="pl-PL" w:eastAsia="pl-PL"/>
              </w:rPr>
              <w:t>3.</w:t>
            </w:r>
          </w:p>
        </w:tc>
        <w:tc>
          <w:tcPr>
            <w:tcW w:w="4536" w:type="dxa"/>
          </w:tcPr>
          <w:p w14:paraId="3B97652D" w14:textId="454FE74D" w:rsidR="00CD4A10" w:rsidRPr="00831A62" w:rsidRDefault="00CD4A10" w:rsidP="00CD4A10">
            <w:pPr>
              <w:spacing w:after="0" w:line="360" w:lineRule="auto"/>
              <w:rPr>
                <w:rFonts w:ascii="Arial Narrow" w:eastAsia="Times New Roman" w:hAnsi="Arial Narrow" w:cs="Times New Roman"/>
                <w:sz w:val="24"/>
                <w:szCs w:val="24"/>
                <w:lang w:val="pl-PL" w:eastAsia="pl-PL"/>
              </w:rPr>
            </w:pPr>
            <w:r w:rsidRPr="00831A62">
              <w:rPr>
                <w:rFonts w:ascii="Arial Narrow" w:eastAsia="Times New Roman" w:hAnsi="Arial Narrow" w:cs="Times New Roman"/>
                <w:sz w:val="24"/>
                <w:szCs w:val="24"/>
                <w:lang w:val="pl-PL" w:eastAsia="pl-PL"/>
              </w:rPr>
              <w:t>Wartość brutto dla 28 800 km</w:t>
            </w:r>
          </w:p>
        </w:tc>
        <w:tc>
          <w:tcPr>
            <w:tcW w:w="1984" w:type="dxa"/>
          </w:tcPr>
          <w:p w14:paraId="3A113BA0" w14:textId="305F8533" w:rsidR="00CD4A10" w:rsidRPr="00831A62" w:rsidRDefault="00CD4A10" w:rsidP="00CD4A10">
            <w:pPr>
              <w:spacing w:after="0" w:line="360" w:lineRule="auto"/>
              <w:rPr>
                <w:rFonts w:ascii="Arial Narrow" w:eastAsia="Times New Roman" w:hAnsi="Arial Narrow" w:cs="Times New Roman"/>
                <w:sz w:val="24"/>
                <w:szCs w:val="24"/>
                <w:lang w:val="pl-PL" w:eastAsia="pl-PL"/>
              </w:rPr>
            </w:pPr>
            <w:r w:rsidRPr="00831A62">
              <w:rPr>
                <w:rFonts w:ascii="Arial Narrow" w:eastAsia="Times New Roman" w:hAnsi="Arial Narrow" w:cs="Times New Roman"/>
                <w:sz w:val="24"/>
                <w:szCs w:val="24"/>
                <w:lang w:val="pl-PL" w:eastAsia="pl-PL"/>
              </w:rPr>
              <w:t>......</w:t>
            </w:r>
            <w:r>
              <w:rPr>
                <w:rFonts w:ascii="Arial Narrow" w:eastAsia="Times New Roman" w:hAnsi="Arial Narrow" w:cs="Times New Roman"/>
                <w:sz w:val="24"/>
                <w:szCs w:val="24"/>
                <w:lang w:val="pl-PL" w:eastAsia="pl-PL"/>
              </w:rPr>
              <w:t>.............</w:t>
            </w:r>
            <w:r w:rsidRPr="00831A62">
              <w:rPr>
                <w:rFonts w:ascii="Arial Narrow" w:eastAsia="Times New Roman" w:hAnsi="Arial Narrow" w:cs="Times New Roman"/>
                <w:sz w:val="24"/>
                <w:szCs w:val="24"/>
                <w:lang w:val="pl-PL" w:eastAsia="pl-PL"/>
              </w:rPr>
              <w:t>.... zł</w:t>
            </w:r>
          </w:p>
        </w:tc>
      </w:tr>
      <w:tr w:rsidR="00CD4A10" w:rsidRPr="00831A62" w14:paraId="0F6EA861" w14:textId="77777777" w:rsidTr="00831A62">
        <w:tc>
          <w:tcPr>
            <w:tcW w:w="709" w:type="dxa"/>
          </w:tcPr>
          <w:p w14:paraId="4376955A" w14:textId="2BBC7B9F" w:rsidR="00CD4A10" w:rsidRPr="00831A62" w:rsidRDefault="00CD4A10" w:rsidP="00CD4A10">
            <w:pPr>
              <w:spacing w:after="0" w:line="360" w:lineRule="auto"/>
              <w:rPr>
                <w:rFonts w:ascii="Arial Narrow" w:eastAsia="Times New Roman" w:hAnsi="Arial Narrow" w:cs="Times New Roman"/>
                <w:sz w:val="24"/>
                <w:szCs w:val="24"/>
                <w:lang w:val="pl-PL" w:eastAsia="pl-PL"/>
              </w:rPr>
            </w:pPr>
            <w:r w:rsidRPr="00831A62">
              <w:rPr>
                <w:rFonts w:ascii="Arial Narrow" w:eastAsia="Times New Roman" w:hAnsi="Arial Narrow" w:cs="Times New Roman"/>
                <w:sz w:val="24"/>
                <w:szCs w:val="24"/>
                <w:lang w:val="pl-PL" w:eastAsia="pl-PL"/>
              </w:rPr>
              <w:t>4.</w:t>
            </w:r>
          </w:p>
        </w:tc>
        <w:tc>
          <w:tcPr>
            <w:tcW w:w="4536" w:type="dxa"/>
          </w:tcPr>
          <w:p w14:paraId="374C74D6" w14:textId="17B26AA2" w:rsidR="00CD4A10" w:rsidRPr="00831A62" w:rsidRDefault="00CD4A10" w:rsidP="00CD4A10">
            <w:pPr>
              <w:spacing w:after="0" w:line="360" w:lineRule="auto"/>
              <w:rPr>
                <w:rFonts w:ascii="Arial Narrow" w:eastAsia="Times New Roman" w:hAnsi="Arial Narrow" w:cs="Times New Roman"/>
                <w:sz w:val="24"/>
                <w:szCs w:val="24"/>
                <w:lang w:val="pl-PL" w:eastAsia="pl-PL"/>
              </w:rPr>
            </w:pPr>
            <w:r w:rsidRPr="00831A62">
              <w:rPr>
                <w:rFonts w:ascii="Arial Narrow" w:eastAsia="Times New Roman" w:hAnsi="Arial Narrow" w:cs="Times New Roman"/>
                <w:sz w:val="24"/>
                <w:szCs w:val="24"/>
                <w:lang w:val="pl-PL" w:eastAsia="pl-PL"/>
              </w:rPr>
              <w:t>Cena brutto za 1 km</w:t>
            </w:r>
          </w:p>
        </w:tc>
        <w:tc>
          <w:tcPr>
            <w:tcW w:w="1984" w:type="dxa"/>
          </w:tcPr>
          <w:p w14:paraId="0B2B191A" w14:textId="045149C0" w:rsidR="00CD4A10" w:rsidRPr="00831A62" w:rsidRDefault="00CD4A10" w:rsidP="00CD4A10">
            <w:pPr>
              <w:spacing w:after="0" w:line="360" w:lineRule="auto"/>
              <w:rPr>
                <w:rFonts w:ascii="Arial Narrow" w:eastAsia="Times New Roman" w:hAnsi="Arial Narrow" w:cs="Times New Roman"/>
                <w:sz w:val="24"/>
                <w:szCs w:val="24"/>
                <w:lang w:val="pl-PL" w:eastAsia="pl-PL"/>
              </w:rPr>
            </w:pPr>
            <w:r w:rsidRPr="00831A62">
              <w:rPr>
                <w:rFonts w:ascii="Arial Narrow" w:eastAsia="Times New Roman" w:hAnsi="Arial Narrow" w:cs="Times New Roman"/>
                <w:sz w:val="24"/>
                <w:szCs w:val="24"/>
                <w:lang w:val="pl-PL" w:eastAsia="pl-PL"/>
              </w:rPr>
              <w:t>.....</w:t>
            </w:r>
            <w:r>
              <w:rPr>
                <w:rFonts w:ascii="Arial Narrow" w:eastAsia="Times New Roman" w:hAnsi="Arial Narrow" w:cs="Times New Roman"/>
                <w:sz w:val="24"/>
                <w:szCs w:val="24"/>
                <w:lang w:val="pl-PL" w:eastAsia="pl-PL"/>
              </w:rPr>
              <w:t>.............</w:t>
            </w:r>
            <w:r w:rsidRPr="00831A62">
              <w:rPr>
                <w:rFonts w:ascii="Arial Narrow" w:eastAsia="Times New Roman" w:hAnsi="Arial Narrow" w:cs="Times New Roman"/>
                <w:sz w:val="24"/>
                <w:szCs w:val="24"/>
                <w:lang w:val="pl-PL" w:eastAsia="pl-PL"/>
              </w:rPr>
              <w:t>..... zł</w:t>
            </w:r>
          </w:p>
        </w:tc>
      </w:tr>
    </w:tbl>
    <w:p w14:paraId="06C011FD" w14:textId="27A3AC92" w:rsidR="00831A62" w:rsidRPr="00831A62" w:rsidRDefault="00831A62" w:rsidP="00831A62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val="pl-PL" w:eastAsia="pl-PL"/>
        </w:rPr>
      </w:pPr>
      <w:r w:rsidRPr="00831A62">
        <w:rPr>
          <w:rFonts w:ascii="Arial Narrow" w:eastAsia="Times New Roman" w:hAnsi="Arial Narrow" w:cs="Times New Roman"/>
          <w:sz w:val="24"/>
          <w:szCs w:val="24"/>
          <w:lang w:val="pl-PL" w:eastAsia="pl-PL"/>
        </w:rPr>
        <w:t xml:space="preserve">Cena zaoferowana za </w:t>
      </w:r>
      <w:r w:rsidR="00CD4A10">
        <w:rPr>
          <w:rFonts w:ascii="Arial Narrow" w:eastAsia="Times New Roman" w:hAnsi="Arial Narrow" w:cs="Times New Roman"/>
          <w:sz w:val="24"/>
          <w:szCs w:val="24"/>
          <w:lang w:val="pl-PL" w:eastAsia="pl-PL"/>
        </w:rPr>
        <w:t>28 800</w:t>
      </w:r>
      <w:r w:rsidRPr="00831A62">
        <w:rPr>
          <w:rFonts w:ascii="Arial Narrow" w:eastAsia="Times New Roman" w:hAnsi="Arial Narrow" w:cs="Times New Roman"/>
          <w:sz w:val="24"/>
          <w:szCs w:val="24"/>
          <w:lang w:val="pl-PL" w:eastAsia="pl-PL"/>
        </w:rPr>
        <w:t xml:space="preserve"> km musi obejmować wszystkie koszty związane z prawidłową realizacją przedmiotu zamówienia, w szczególności koszty paliwa, wynagrodzenia kierowcy, eksploatacji i utrzymania pojazdu, ubezpieczenia oraz inne koszty niezbędne do wykonania usługi.</w:t>
      </w:r>
    </w:p>
    <w:p w14:paraId="117ED0D5" w14:textId="77777777" w:rsidR="00831A62" w:rsidRPr="002B276D" w:rsidRDefault="00831A62" w:rsidP="00831A62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val="pl-PL" w:eastAsia="pl-PL"/>
        </w:rPr>
      </w:pPr>
      <w:r w:rsidRPr="002B276D">
        <w:rPr>
          <w:rFonts w:ascii="Arial Narrow" w:eastAsia="Times New Roman" w:hAnsi="Arial Narrow" w:cs="Times New Roman"/>
          <w:sz w:val="24"/>
          <w:szCs w:val="24"/>
          <w:lang w:val="pl-PL" w:eastAsia="pl-PL"/>
        </w:rPr>
        <w:t>Wartość usługi wyliczona dla 28 800 km ma charakter szacunkowy i służy wyłącznie do porównania ofert. Zamawiający nie gwarantuje realizacji przewozów w podanej liczbie kilometrów ani wykorzystania całej wartości zamówienia.</w:t>
      </w:r>
    </w:p>
    <w:p w14:paraId="76BAE88D" w14:textId="2FDE2442" w:rsidR="00831A62" w:rsidRDefault="00831A62" w:rsidP="00831A62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val="pl-PL" w:eastAsia="pl-PL"/>
        </w:rPr>
      </w:pPr>
      <w:r w:rsidRPr="00831A62">
        <w:rPr>
          <w:rFonts w:ascii="Arial Narrow" w:eastAsia="Times New Roman" w:hAnsi="Arial Narrow" w:cs="Times New Roman"/>
          <w:sz w:val="24"/>
          <w:szCs w:val="24"/>
          <w:lang w:val="pl-PL" w:eastAsia="pl-PL"/>
        </w:rPr>
        <w:t>Rozliczenie z Wykonawcą będzie następowało za faktycznie wykonane przewozy, według zaoferowanej ceny za 1 km, na podstawie prawidłowo wystawionych faktur VAT.</w:t>
      </w:r>
    </w:p>
    <w:p w14:paraId="7821BF15" w14:textId="7A48A768" w:rsidR="000037C6" w:rsidRPr="000037C6" w:rsidRDefault="000037C6" w:rsidP="00831A62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sz w:val="32"/>
          <w:szCs w:val="24"/>
          <w:lang w:val="pl-PL" w:eastAsia="pl-PL"/>
        </w:rPr>
      </w:pPr>
      <w:proofErr w:type="spellStart"/>
      <w:r w:rsidRPr="000037C6">
        <w:rPr>
          <w:rFonts w:ascii="Arial Narrow" w:hAnsi="Arial Narrow"/>
          <w:sz w:val="24"/>
        </w:rPr>
        <w:t>Wykonawca</w:t>
      </w:r>
      <w:proofErr w:type="spellEnd"/>
      <w:r w:rsidRPr="000037C6">
        <w:rPr>
          <w:rFonts w:ascii="Arial Narrow" w:hAnsi="Arial Narrow"/>
          <w:sz w:val="24"/>
        </w:rPr>
        <w:t xml:space="preserve"> </w:t>
      </w:r>
      <w:proofErr w:type="spellStart"/>
      <w:r w:rsidRPr="000037C6">
        <w:rPr>
          <w:rFonts w:ascii="Arial Narrow" w:hAnsi="Arial Narrow"/>
          <w:sz w:val="24"/>
        </w:rPr>
        <w:t>składa</w:t>
      </w:r>
      <w:proofErr w:type="spellEnd"/>
      <w:r w:rsidRPr="000037C6">
        <w:rPr>
          <w:rFonts w:ascii="Arial Narrow" w:hAnsi="Arial Narrow"/>
          <w:sz w:val="24"/>
        </w:rPr>
        <w:t xml:space="preserve"> </w:t>
      </w:r>
      <w:proofErr w:type="spellStart"/>
      <w:r w:rsidRPr="000037C6">
        <w:rPr>
          <w:rFonts w:ascii="Arial Narrow" w:hAnsi="Arial Narrow"/>
          <w:sz w:val="24"/>
        </w:rPr>
        <w:t>ofertę</w:t>
      </w:r>
      <w:proofErr w:type="spellEnd"/>
      <w:r w:rsidRPr="000037C6">
        <w:rPr>
          <w:rFonts w:ascii="Arial Narrow" w:hAnsi="Arial Narrow"/>
          <w:sz w:val="24"/>
        </w:rPr>
        <w:t xml:space="preserve"> </w:t>
      </w:r>
      <w:proofErr w:type="spellStart"/>
      <w:r w:rsidRPr="000037C6">
        <w:rPr>
          <w:rFonts w:ascii="Arial Narrow" w:hAnsi="Arial Narrow"/>
          <w:sz w:val="24"/>
        </w:rPr>
        <w:t>na</w:t>
      </w:r>
      <w:proofErr w:type="spellEnd"/>
      <w:r w:rsidRPr="000037C6">
        <w:rPr>
          <w:rFonts w:ascii="Arial Narrow" w:hAnsi="Arial Narrow"/>
          <w:sz w:val="24"/>
        </w:rPr>
        <w:t xml:space="preserve"> </w:t>
      </w:r>
      <w:proofErr w:type="spellStart"/>
      <w:r w:rsidRPr="000037C6">
        <w:rPr>
          <w:rFonts w:ascii="Arial Narrow" w:hAnsi="Arial Narrow"/>
          <w:sz w:val="24"/>
        </w:rPr>
        <w:t>formularzu</w:t>
      </w:r>
      <w:proofErr w:type="spellEnd"/>
      <w:r w:rsidRPr="000037C6">
        <w:rPr>
          <w:rFonts w:ascii="Arial Narrow" w:hAnsi="Arial Narrow"/>
          <w:sz w:val="24"/>
        </w:rPr>
        <w:t xml:space="preserve"> </w:t>
      </w:r>
      <w:proofErr w:type="spellStart"/>
      <w:r w:rsidRPr="000037C6">
        <w:rPr>
          <w:rFonts w:ascii="Arial Narrow" w:hAnsi="Arial Narrow"/>
          <w:sz w:val="24"/>
        </w:rPr>
        <w:t>ofertowym</w:t>
      </w:r>
      <w:proofErr w:type="spellEnd"/>
      <w:r w:rsidRPr="000037C6">
        <w:rPr>
          <w:rFonts w:ascii="Arial Narrow" w:hAnsi="Arial Narrow"/>
          <w:sz w:val="24"/>
        </w:rPr>
        <w:t xml:space="preserve"> </w:t>
      </w:r>
      <w:proofErr w:type="spellStart"/>
      <w:r w:rsidRPr="000037C6">
        <w:rPr>
          <w:rFonts w:ascii="Arial Narrow" w:hAnsi="Arial Narrow"/>
          <w:sz w:val="24"/>
        </w:rPr>
        <w:t>stanowiącym</w:t>
      </w:r>
      <w:proofErr w:type="spellEnd"/>
      <w:r w:rsidRPr="000037C6">
        <w:rPr>
          <w:rFonts w:ascii="Arial Narrow" w:hAnsi="Arial Narrow"/>
          <w:sz w:val="24"/>
        </w:rPr>
        <w:t xml:space="preserve"> </w:t>
      </w:r>
      <w:proofErr w:type="spellStart"/>
      <w:r w:rsidRPr="000037C6">
        <w:rPr>
          <w:rFonts w:ascii="Arial Narrow" w:hAnsi="Arial Narrow"/>
          <w:sz w:val="24"/>
        </w:rPr>
        <w:t>Załącznik</w:t>
      </w:r>
      <w:proofErr w:type="spellEnd"/>
      <w:r w:rsidRPr="000037C6">
        <w:rPr>
          <w:rFonts w:ascii="Arial Narrow" w:hAnsi="Arial Narrow"/>
          <w:sz w:val="24"/>
        </w:rPr>
        <w:t xml:space="preserve"> </w:t>
      </w:r>
      <w:proofErr w:type="spellStart"/>
      <w:r w:rsidRPr="000037C6">
        <w:rPr>
          <w:rFonts w:ascii="Arial Narrow" w:hAnsi="Arial Narrow"/>
          <w:sz w:val="24"/>
        </w:rPr>
        <w:t>nr</w:t>
      </w:r>
      <w:proofErr w:type="spellEnd"/>
      <w:r w:rsidRPr="000037C6">
        <w:rPr>
          <w:rFonts w:ascii="Arial Narrow" w:hAnsi="Arial Narrow"/>
          <w:sz w:val="24"/>
        </w:rPr>
        <w:t xml:space="preserve"> 1 do </w:t>
      </w:r>
      <w:proofErr w:type="spellStart"/>
      <w:r w:rsidRPr="000037C6">
        <w:rPr>
          <w:rFonts w:ascii="Arial Narrow" w:hAnsi="Arial Narrow"/>
          <w:sz w:val="24"/>
        </w:rPr>
        <w:t>niniejszego</w:t>
      </w:r>
      <w:proofErr w:type="spellEnd"/>
      <w:r w:rsidRPr="000037C6">
        <w:rPr>
          <w:rFonts w:ascii="Arial Narrow" w:hAnsi="Arial Narrow"/>
          <w:sz w:val="24"/>
        </w:rPr>
        <w:t xml:space="preserve"> </w:t>
      </w:r>
      <w:proofErr w:type="spellStart"/>
      <w:r w:rsidRPr="000037C6">
        <w:rPr>
          <w:rFonts w:ascii="Arial Narrow" w:hAnsi="Arial Narrow"/>
          <w:sz w:val="24"/>
        </w:rPr>
        <w:t>zapytania</w:t>
      </w:r>
      <w:proofErr w:type="spellEnd"/>
      <w:r w:rsidRPr="000037C6">
        <w:rPr>
          <w:rFonts w:ascii="Arial Narrow" w:hAnsi="Arial Narrow"/>
          <w:sz w:val="24"/>
        </w:rPr>
        <w:t xml:space="preserve"> </w:t>
      </w:r>
      <w:proofErr w:type="spellStart"/>
      <w:r w:rsidRPr="000037C6">
        <w:rPr>
          <w:rFonts w:ascii="Arial Narrow" w:hAnsi="Arial Narrow"/>
          <w:sz w:val="24"/>
        </w:rPr>
        <w:t>ofertowego</w:t>
      </w:r>
      <w:proofErr w:type="spellEnd"/>
    </w:p>
    <w:p w14:paraId="626F2B63" w14:textId="77777777" w:rsidR="003E4F8A" w:rsidRPr="00623288" w:rsidRDefault="00231E36">
      <w:pPr>
        <w:pStyle w:val="Nagwek1"/>
        <w:rPr>
          <w:rFonts w:ascii="Arial Narrow" w:hAnsi="Arial Narrow"/>
          <w:sz w:val="24"/>
          <w:szCs w:val="24"/>
        </w:rPr>
      </w:pPr>
      <w:r w:rsidRPr="00623288">
        <w:rPr>
          <w:rFonts w:ascii="Arial Narrow" w:hAnsi="Arial Narrow"/>
          <w:sz w:val="24"/>
          <w:szCs w:val="24"/>
        </w:rPr>
        <w:t>6. Miejsce i termin składania ofert</w:t>
      </w:r>
    </w:p>
    <w:p w14:paraId="5DE04EE1" w14:textId="3D79312D" w:rsidR="003E4F8A" w:rsidRPr="00CD4A10" w:rsidRDefault="00231E36">
      <w:pPr>
        <w:jc w:val="both"/>
        <w:rPr>
          <w:rFonts w:ascii="Arial Narrow" w:hAnsi="Arial Narrow"/>
          <w:b/>
          <w:i/>
          <w:sz w:val="32"/>
          <w:szCs w:val="24"/>
        </w:rPr>
      </w:pPr>
      <w:r w:rsidRPr="00623288">
        <w:rPr>
          <w:rFonts w:ascii="Arial Narrow" w:hAnsi="Arial Narrow"/>
          <w:sz w:val="24"/>
          <w:szCs w:val="24"/>
        </w:rPr>
        <w:t xml:space="preserve">Ofertę należy złożyć w siedzibie Zamawiającego: Zespół Szkół nr 3 im. Marii Grzegorzewskiej we Włocławku, ul. </w:t>
      </w:r>
      <w:proofErr w:type="spellStart"/>
      <w:r w:rsidRPr="00623288">
        <w:rPr>
          <w:rFonts w:ascii="Arial Narrow" w:hAnsi="Arial Narrow"/>
          <w:sz w:val="24"/>
          <w:szCs w:val="24"/>
        </w:rPr>
        <w:t>Nowomiejsk</w:t>
      </w:r>
      <w:r w:rsidR="00AB5E7E">
        <w:rPr>
          <w:rFonts w:ascii="Arial Narrow" w:hAnsi="Arial Narrow"/>
          <w:sz w:val="24"/>
          <w:szCs w:val="24"/>
        </w:rPr>
        <w:t>iej</w:t>
      </w:r>
      <w:proofErr w:type="spellEnd"/>
      <w:r w:rsidRPr="00623288">
        <w:rPr>
          <w:rFonts w:ascii="Arial Narrow" w:hAnsi="Arial Narrow"/>
          <w:sz w:val="24"/>
          <w:szCs w:val="24"/>
        </w:rPr>
        <w:t xml:space="preserve"> 21, 87-800 </w:t>
      </w:r>
      <w:proofErr w:type="spellStart"/>
      <w:r w:rsidRPr="00623288">
        <w:rPr>
          <w:rFonts w:ascii="Arial Narrow" w:hAnsi="Arial Narrow"/>
          <w:sz w:val="24"/>
          <w:szCs w:val="24"/>
        </w:rPr>
        <w:t>Włocławek</w:t>
      </w:r>
      <w:proofErr w:type="spellEnd"/>
      <w:r w:rsidRPr="00623288">
        <w:rPr>
          <w:rFonts w:ascii="Arial Narrow" w:hAnsi="Arial Narrow"/>
          <w:sz w:val="24"/>
          <w:szCs w:val="24"/>
        </w:rPr>
        <w:t xml:space="preserve">, w </w:t>
      </w:r>
      <w:proofErr w:type="spellStart"/>
      <w:r w:rsidRPr="00623288">
        <w:rPr>
          <w:rFonts w:ascii="Arial Narrow" w:hAnsi="Arial Narrow"/>
          <w:sz w:val="24"/>
          <w:szCs w:val="24"/>
        </w:rPr>
        <w:t>sekretariacie</w:t>
      </w:r>
      <w:proofErr w:type="spellEnd"/>
      <w:r w:rsidRPr="0062328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623288">
        <w:rPr>
          <w:rFonts w:ascii="Arial Narrow" w:hAnsi="Arial Narrow"/>
          <w:sz w:val="24"/>
          <w:szCs w:val="24"/>
        </w:rPr>
        <w:t>szkoły</w:t>
      </w:r>
      <w:proofErr w:type="spellEnd"/>
      <w:r w:rsidRPr="00623288">
        <w:rPr>
          <w:rFonts w:ascii="Arial Narrow" w:hAnsi="Arial Narrow"/>
          <w:sz w:val="24"/>
          <w:szCs w:val="24"/>
        </w:rPr>
        <w:t>,</w:t>
      </w:r>
      <w:r w:rsidR="0045634C">
        <w:rPr>
          <w:rFonts w:ascii="Arial Narrow" w:hAnsi="Arial Narrow"/>
          <w:sz w:val="24"/>
          <w:szCs w:val="24"/>
        </w:rPr>
        <w:t xml:space="preserve"> w </w:t>
      </w:r>
      <w:proofErr w:type="spellStart"/>
      <w:r w:rsidR="0045634C">
        <w:rPr>
          <w:rFonts w:ascii="Arial Narrow" w:hAnsi="Arial Narrow"/>
          <w:sz w:val="24"/>
          <w:szCs w:val="24"/>
        </w:rPr>
        <w:t>godz</w:t>
      </w:r>
      <w:proofErr w:type="spellEnd"/>
      <w:r w:rsidR="0045634C">
        <w:rPr>
          <w:rFonts w:ascii="Arial Narrow" w:hAnsi="Arial Narrow"/>
          <w:sz w:val="24"/>
          <w:szCs w:val="24"/>
        </w:rPr>
        <w:t>. 8.00-15.00</w:t>
      </w:r>
      <w:r w:rsidR="00CD4A10">
        <w:rPr>
          <w:rFonts w:ascii="Arial Narrow" w:hAnsi="Arial Narrow"/>
          <w:sz w:val="24"/>
          <w:szCs w:val="24"/>
        </w:rPr>
        <w:t xml:space="preserve"> </w:t>
      </w:r>
      <w:r w:rsidR="00AB5E7E">
        <w:rPr>
          <w:rFonts w:ascii="Arial Narrow" w:hAnsi="Arial Narrow"/>
          <w:sz w:val="24"/>
          <w:szCs w:val="24"/>
        </w:rPr>
        <w:t xml:space="preserve">w </w:t>
      </w:r>
      <w:proofErr w:type="spellStart"/>
      <w:r w:rsidR="00CD4A10">
        <w:rPr>
          <w:rFonts w:ascii="Arial Narrow" w:hAnsi="Arial Narrow"/>
          <w:sz w:val="24"/>
          <w:szCs w:val="24"/>
        </w:rPr>
        <w:t>zakmniętej</w:t>
      </w:r>
      <w:proofErr w:type="spellEnd"/>
      <w:r w:rsidR="00CD4A10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CD4A10">
        <w:rPr>
          <w:rFonts w:ascii="Arial Narrow" w:hAnsi="Arial Narrow"/>
          <w:sz w:val="24"/>
          <w:szCs w:val="24"/>
        </w:rPr>
        <w:t>kopercie</w:t>
      </w:r>
      <w:proofErr w:type="spellEnd"/>
      <w:r w:rsidR="00CD4A10">
        <w:rPr>
          <w:rFonts w:ascii="Arial Narrow" w:hAnsi="Arial Narrow"/>
          <w:sz w:val="24"/>
          <w:szCs w:val="24"/>
        </w:rPr>
        <w:t xml:space="preserve"> z </w:t>
      </w:r>
      <w:proofErr w:type="spellStart"/>
      <w:r w:rsidR="00CD4A10">
        <w:rPr>
          <w:rFonts w:ascii="Arial Narrow" w:hAnsi="Arial Narrow"/>
          <w:sz w:val="24"/>
          <w:szCs w:val="24"/>
        </w:rPr>
        <w:t>dopiskiem</w:t>
      </w:r>
      <w:proofErr w:type="spellEnd"/>
      <w:r w:rsidR="00CD4A10">
        <w:rPr>
          <w:rFonts w:ascii="Arial Narrow" w:hAnsi="Arial Narrow"/>
          <w:sz w:val="24"/>
          <w:szCs w:val="24"/>
        </w:rPr>
        <w:t xml:space="preserve"> </w:t>
      </w:r>
      <w:r w:rsidR="00CD4A10" w:rsidRPr="00CD4A10">
        <w:rPr>
          <w:rFonts w:ascii="Arial Narrow" w:hAnsi="Arial Narrow"/>
          <w:i/>
          <w:sz w:val="24"/>
          <w:szCs w:val="24"/>
        </w:rPr>
        <w:t>“</w:t>
      </w:r>
      <w:proofErr w:type="spellStart"/>
      <w:r w:rsidR="00CD4A10" w:rsidRPr="00CD4A10">
        <w:rPr>
          <w:rFonts w:ascii="Arial Narrow" w:hAnsi="Arial Narrow"/>
          <w:i/>
          <w:sz w:val="24"/>
        </w:rPr>
        <w:t>Świadczenie</w:t>
      </w:r>
      <w:proofErr w:type="spellEnd"/>
      <w:r w:rsidR="00CD4A10" w:rsidRPr="00CD4A10">
        <w:rPr>
          <w:rFonts w:ascii="Arial Narrow" w:hAnsi="Arial Narrow"/>
          <w:i/>
          <w:sz w:val="24"/>
        </w:rPr>
        <w:t xml:space="preserve"> </w:t>
      </w:r>
      <w:proofErr w:type="spellStart"/>
      <w:r w:rsidR="00CD4A10" w:rsidRPr="00CD4A10">
        <w:rPr>
          <w:rFonts w:ascii="Arial Narrow" w:hAnsi="Arial Narrow"/>
          <w:i/>
          <w:sz w:val="24"/>
        </w:rPr>
        <w:t>usługi</w:t>
      </w:r>
      <w:proofErr w:type="spellEnd"/>
      <w:r w:rsidR="00CD4A10" w:rsidRPr="00CD4A10">
        <w:rPr>
          <w:rFonts w:ascii="Arial Narrow" w:hAnsi="Arial Narrow"/>
          <w:i/>
          <w:sz w:val="24"/>
        </w:rPr>
        <w:t xml:space="preserve"> </w:t>
      </w:r>
      <w:proofErr w:type="spellStart"/>
      <w:r w:rsidR="00CD4A10" w:rsidRPr="00CD4A10">
        <w:rPr>
          <w:rFonts w:ascii="Arial Narrow" w:hAnsi="Arial Narrow"/>
          <w:i/>
          <w:sz w:val="24"/>
        </w:rPr>
        <w:t>dowozu</w:t>
      </w:r>
      <w:proofErr w:type="spellEnd"/>
      <w:r w:rsidR="00CD4A10" w:rsidRPr="00CD4A10">
        <w:rPr>
          <w:rFonts w:ascii="Arial Narrow" w:hAnsi="Arial Narrow"/>
          <w:i/>
          <w:sz w:val="24"/>
        </w:rPr>
        <w:t xml:space="preserve"> </w:t>
      </w:r>
      <w:proofErr w:type="spellStart"/>
      <w:r w:rsidR="00CD4A10" w:rsidRPr="00CD4A10">
        <w:rPr>
          <w:rFonts w:ascii="Arial Narrow" w:hAnsi="Arial Narrow"/>
          <w:i/>
          <w:sz w:val="24"/>
        </w:rPr>
        <w:t>uczestników</w:t>
      </w:r>
      <w:proofErr w:type="spellEnd"/>
      <w:r w:rsidR="00CD4A10" w:rsidRPr="00CD4A10">
        <w:rPr>
          <w:rFonts w:ascii="Arial Narrow" w:hAnsi="Arial Narrow"/>
          <w:i/>
          <w:sz w:val="24"/>
        </w:rPr>
        <w:t xml:space="preserve"> </w:t>
      </w:r>
      <w:proofErr w:type="spellStart"/>
      <w:r w:rsidR="00CD4A10" w:rsidRPr="00CD4A10">
        <w:rPr>
          <w:rFonts w:ascii="Arial Narrow" w:hAnsi="Arial Narrow"/>
          <w:i/>
          <w:sz w:val="24"/>
        </w:rPr>
        <w:t>Programu</w:t>
      </w:r>
      <w:proofErr w:type="spellEnd"/>
      <w:r w:rsidR="00CD4A10" w:rsidRPr="00CD4A10">
        <w:rPr>
          <w:rFonts w:ascii="Arial Narrow" w:hAnsi="Arial Narrow"/>
          <w:i/>
          <w:sz w:val="24"/>
        </w:rPr>
        <w:t xml:space="preserve"> „</w:t>
      </w:r>
      <w:proofErr w:type="spellStart"/>
      <w:r w:rsidR="00CD4A10" w:rsidRPr="00CD4A10">
        <w:rPr>
          <w:rFonts w:ascii="Arial Narrow" w:hAnsi="Arial Narrow"/>
          <w:i/>
          <w:sz w:val="24"/>
        </w:rPr>
        <w:t>Rehabilitacja</w:t>
      </w:r>
      <w:proofErr w:type="spellEnd"/>
      <w:r w:rsidR="00CD4A10" w:rsidRPr="00CD4A10">
        <w:rPr>
          <w:rFonts w:ascii="Arial Narrow" w:hAnsi="Arial Narrow"/>
          <w:i/>
          <w:sz w:val="24"/>
        </w:rPr>
        <w:t xml:space="preserve"> 25 plus”</w:t>
      </w:r>
      <w:r w:rsidR="00CD4A10" w:rsidRPr="0069718E">
        <w:rPr>
          <w:rFonts w:ascii="Arial Narrow" w:hAnsi="Arial Narrow"/>
          <w:sz w:val="24"/>
        </w:rPr>
        <w:t xml:space="preserve"> </w:t>
      </w:r>
      <w:proofErr w:type="spellStart"/>
      <w:r w:rsidR="00CD4A10" w:rsidRPr="00CD4A10">
        <w:rPr>
          <w:rFonts w:ascii="Arial Narrow" w:hAnsi="Arial Narrow"/>
          <w:i/>
          <w:sz w:val="24"/>
        </w:rPr>
        <w:t>na</w:t>
      </w:r>
      <w:proofErr w:type="spellEnd"/>
      <w:r w:rsidR="00CD4A10" w:rsidRPr="00CD4A10">
        <w:rPr>
          <w:rFonts w:ascii="Arial Narrow" w:hAnsi="Arial Narrow"/>
          <w:i/>
          <w:sz w:val="24"/>
        </w:rPr>
        <w:t xml:space="preserve"> </w:t>
      </w:r>
      <w:proofErr w:type="spellStart"/>
      <w:r w:rsidR="00CD4A10" w:rsidRPr="00CD4A10">
        <w:rPr>
          <w:rFonts w:ascii="Arial Narrow" w:hAnsi="Arial Narrow"/>
          <w:i/>
          <w:sz w:val="24"/>
        </w:rPr>
        <w:t>zajęcia</w:t>
      </w:r>
      <w:proofErr w:type="spellEnd"/>
      <w:r w:rsidR="00CD4A10" w:rsidRPr="00CD4A10">
        <w:rPr>
          <w:rFonts w:ascii="Arial Narrow" w:hAnsi="Arial Narrow"/>
          <w:i/>
          <w:sz w:val="24"/>
        </w:rPr>
        <w:t xml:space="preserve"> </w:t>
      </w:r>
      <w:proofErr w:type="spellStart"/>
      <w:r w:rsidR="00CD4A10" w:rsidRPr="00CD4A10">
        <w:rPr>
          <w:rFonts w:ascii="Arial Narrow" w:hAnsi="Arial Narrow"/>
          <w:i/>
          <w:sz w:val="24"/>
        </w:rPr>
        <w:t>i</w:t>
      </w:r>
      <w:proofErr w:type="spellEnd"/>
      <w:r w:rsidR="00CD4A10" w:rsidRPr="00CD4A10">
        <w:rPr>
          <w:rFonts w:ascii="Arial Narrow" w:hAnsi="Arial Narrow"/>
          <w:i/>
          <w:sz w:val="24"/>
        </w:rPr>
        <w:t xml:space="preserve"> </w:t>
      </w:r>
      <w:proofErr w:type="spellStart"/>
      <w:r w:rsidR="00CD4A10" w:rsidRPr="00CD4A10">
        <w:rPr>
          <w:rFonts w:ascii="Arial Narrow" w:hAnsi="Arial Narrow"/>
          <w:i/>
          <w:sz w:val="24"/>
        </w:rPr>
        <w:t>inne</w:t>
      </w:r>
      <w:proofErr w:type="spellEnd"/>
      <w:r w:rsidR="00CD4A10" w:rsidRPr="00CD4A10">
        <w:rPr>
          <w:rFonts w:ascii="Arial Narrow" w:hAnsi="Arial Narrow"/>
          <w:i/>
          <w:sz w:val="24"/>
        </w:rPr>
        <w:t xml:space="preserve"> </w:t>
      </w:r>
      <w:proofErr w:type="spellStart"/>
      <w:r w:rsidR="00CD4A10" w:rsidRPr="00CD4A10">
        <w:rPr>
          <w:rFonts w:ascii="Arial Narrow" w:hAnsi="Arial Narrow"/>
          <w:i/>
          <w:sz w:val="24"/>
        </w:rPr>
        <w:t>działania</w:t>
      </w:r>
      <w:proofErr w:type="spellEnd"/>
      <w:r w:rsidR="00CD4A10" w:rsidRPr="00CD4A10">
        <w:rPr>
          <w:rFonts w:ascii="Arial Narrow" w:hAnsi="Arial Narrow"/>
          <w:i/>
          <w:sz w:val="24"/>
        </w:rPr>
        <w:t xml:space="preserve"> </w:t>
      </w:r>
      <w:proofErr w:type="spellStart"/>
      <w:r w:rsidR="00CD4A10" w:rsidRPr="00CD4A10">
        <w:rPr>
          <w:rFonts w:ascii="Arial Narrow" w:hAnsi="Arial Narrow"/>
          <w:i/>
          <w:sz w:val="24"/>
        </w:rPr>
        <w:t>realizowane</w:t>
      </w:r>
      <w:proofErr w:type="spellEnd"/>
      <w:r w:rsidR="00CD4A10" w:rsidRPr="00CD4A10">
        <w:rPr>
          <w:rFonts w:ascii="Arial Narrow" w:hAnsi="Arial Narrow"/>
          <w:i/>
          <w:sz w:val="24"/>
        </w:rPr>
        <w:t xml:space="preserve"> w </w:t>
      </w:r>
      <w:proofErr w:type="spellStart"/>
      <w:r w:rsidR="00CD4A10" w:rsidRPr="00CD4A10">
        <w:rPr>
          <w:rFonts w:ascii="Arial Narrow" w:hAnsi="Arial Narrow"/>
          <w:i/>
          <w:sz w:val="24"/>
        </w:rPr>
        <w:t>ramach</w:t>
      </w:r>
      <w:proofErr w:type="spellEnd"/>
      <w:r w:rsidR="00CD4A10" w:rsidRPr="00CD4A10">
        <w:rPr>
          <w:rFonts w:ascii="Arial Narrow" w:hAnsi="Arial Narrow"/>
          <w:i/>
          <w:sz w:val="24"/>
        </w:rPr>
        <w:t xml:space="preserve"> </w:t>
      </w:r>
      <w:proofErr w:type="spellStart"/>
      <w:r w:rsidR="00CD4A10" w:rsidRPr="00CD4A10">
        <w:rPr>
          <w:rFonts w:ascii="Arial Narrow" w:hAnsi="Arial Narrow"/>
          <w:i/>
          <w:sz w:val="24"/>
        </w:rPr>
        <w:t>Pro</w:t>
      </w:r>
      <w:r w:rsidR="00CD4A10">
        <w:rPr>
          <w:rFonts w:ascii="Arial Narrow" w:hAnsi="Arial Narrow"/>
          <w:i/>
          <w:sz w:val="24"/>
        </w:rPr>
        <w:t>gramu</w:t>
      </w:r>
      <w:proofErr w:type="spellEnd"/>
      <w:r w:rsidR="00CD4A10">
        <w:rPr>
          <w:rFonts w:ascii="Arial Narrow" w:hAnsi="Arial Narrow"/>
          <w:b/>
          <w:i/>
          <w:sz w:val="32"/>
          <w:szCs w:val="24"/>
        </w:rPr>
        <w:t xml:space="preserve"> </w:t>
      </w:r>
      <w:proofErr w:type="spellStart"/>
      <w:r w:rsidRPr="00623288">
        <w:rPr>
          <w:rFonts w:ascii="Arial Narrow" w:hAnsi="Arial Narrow"/>
          <w:sz w:val="24"/>
          <w:szCs w:val="24"/>
        </w:rPr>
        <w:t>lub</w:t>
      </w:r>
      <w:proofErr w:type="spellEnd"/>
      <w:r w:rsidRPr="0062328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623288">
        <w:rPr>
          <w:rFonts w:ascii="Arial Narrow" w:hAnsi="Arial Narrow"/>
          <w:sz w:val="24"/>
          <w:szCs w:val="24"/>
        </w:rPr>
        <w:t>przesłać</w:t>
      </w:r>
      <w:proofErr w:type="spellEnd"/>
      <w:r w:rsidRPr="0062328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623288">
        <w:rPr>
          <w:rFonts w:ascii="Arial Narrow" w:hAnsi="Arial Narrow"/>
          <w:sz w:val="24"/>
          <w:szCs w:val="24"/>
        </w:rPr>
        <w:t>drogą</w:t>
      </w:r>
      <w:proofErr w:type="spellEnd"/>
      <w:r w:rsidRPr="0062328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623288">
        <w:rPr>
          <w:rFonts w:ascii="Arial Narrow" w:hAnsi="Arial Narrow"/>
          <w:sz w:val="24"/>
          <w:szCs w:val="24"/>
        </w:rPr>
        <w:t>elektroniczną</w:t>
      </w:r>
      <w:proofErr w:type="spellEnd"/>
      <w:r w:rsidRPr="0062328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623288">
        <w:rPr>
          <w:rFonts w:ascii="Arial Narrow" w:hAnsi="Arial Narrow"/>
          <w:sz w:val="24"/>
          <w:szCs w:val="24"/>
        </w:rPr>
        <w:t>na</w:t>
      </w:r>
      <w:proofErr w:type="spellEnd"/>
      <w:r w:rsidRPr="0062328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623288">
        <w:rPr>
          <w:rFonts w:ascii="Arial Narrow" w:hAnsi="Arial Narrow"/>
          <w:sz w:val="24"/>
          <w:szCs w:val="24"/>
        </w:rPr>
        <w:t>adres</w:t>
      </w:r>
      <w:proofErr w:type="spellEnd"/>
      <w:r w:rsidRPr="00623288">
        <w:rPr>
          <w:rFonts w:ascii="Arial Narrow" w:hAnsi="Arial Narrow"/>
          <w:sz w:val="24"/>
          <w:szCs w:val="24"/>
        </w:rPr>
        <w:t xml:space="preserve">: </w:t>
      </w:r>
      <w:r w:rsidRPr="00AB5E7E">
        <w:rPr>
          <w:rFonts w:ascii="Arial Narrow" w:hAnsi="Arial Narrow"/>
          <w:color w:val="548DD4" w:themeColor="text2" w:themeTint="99"/>
          <w:sz w:val="24"/>
          <w:szCs w:val="24"/>
        </w:rPr>
        <w:t>zs3@edukacja.wloclawek.eu</w:t>
      </w:r>
    </w:p>
    <w:p w14:paraId="013EE662" w14:textId="7A216147" w:rsidR="003E4F8A" w:rsidRDefault="00231E36">
      <w:pPr>
        <w:rPr>
          <w:rFonts w:ascii="Arial Narrow" w:hAnsi="Arial Narrow"/>
          <w:b/>
          <w:sz w:val="24"/>
          <w:szCs w:val="24"/>
        </w:rPr>
      </w:pPr>
      <w:proofErr w:type="spellStart"/>
      <w:r w:rsidRPr="00623288">
        <w:rPr>
          <w:rFonts w:ascii="Arial Narrow" w:hAnsi="Arial Narrow"/>
          <w:b/>
          <w:sz w:val="24"/>
          <w:szCs w:val="24"/>
        </w:rPr>
        <w:t>T</w:t>
      </w:r>
      <w:r w:rsidR="0045634C">
        <w:rPr>
          <w:rFonts w:ascii="Arial Narrow" w:hAnsi="Arial Narrow"/>
          <w:b/>
          <w:sz w:val="24"/>
          <w:szCs w:val="24"/>
        </w:rPr>
        <w:t>ermin</w:t>
      </w:r>
      <w:proofErr w:type="spellEnd"/>
      <w:r w:rsidR="0045634C">
        <w:rPr>
          <w:rFonts w:ascii="Arial Narrow" w:hAnsi="Arial Narrow"/>
          <w:b/>
          <w:sz w:val="24"/>
          <w:szCs w:val="24"/>
        </w:rPr>
        <w:t xml:space="preserve"> </w:t>
      </w:r>
      <w:proofErr w:type="spellStart"/>
      <w:r w:rsidR="0045634C">
        <w:rPr>
          <w:rFonts w:ascii="Arial Narrow" w:hAnsi="Arial Narrow"/>
          <w:b/>
          <w:sz w:val="24"/>
          <w:szCs w:val="24"/>
        </w:rPr>
        <w:t>składania</w:t>
      </w:r>
      <w:proofErr w:type="spellEnd"/>
      <w:r w:rsidR="0045634C">
        <w:rPr>
          <w:rFonts w:ascii="Arial Narrow" w:hAnsi="Arial Narrow"/>
          <w:b/>
          <w:sz w:val="24"/>
          <w:szCs w:val="24"/>
        </w:rPr>
        <w:t xml:space="preserve"> </w:t>
      </w:r>
      <w:proofErr w:type="spellStart"/>
      <w:r w:rsidR="0045634C">
        <w:rPr>
          <w:rFonts w:ascii="Arial Narrow" w:hAnsi="Arial Narrow"/>
          <w:b/>
          <w:sz w:val="24"/>
          <w:szCs w:val="24"/>
        </w:rPr>
        <w:t>ofert</w:t>
      </w:r>
      <w:proofErr w:type="spellEnd"/>
      <w:r w:rsidR="0045634C">
        <w:rPr>
          <w:rFonts w:ascii="Arial Narrow" w:hAnsi="Arial Narrow"/>
          <w:b/>
          <w:sz w:val="24"/>
          <w:szCs w:val="24"/>
        </w:rPr>
        <w:t xml:space="preserve">: od </w:t>
      </w:r>
      <w:proofErr w:type="spellStart"/>
      <w:r w:rsidR="0045634C">
        <w:rPr>
          <w:rFonts w:ascii="Arial Narrow" w:hAnsi="Arial Narrow"/>
          <w:b/>
          <w:sz w:val="24"/>
          <w:szCs w:val="24"/>
        </w:rPr>
        <w:t>dnia</w:t>
      </w:r>
      <w:proofErr w:type="spellEnd"/>
      <w:r w:rsidR="0045634C">
        <w:rPr>
          <w:rFonts w:ascii="Arial Narrow" w:hAnsi="Arial Narrow"/>
          <w:b/>
          <w:sz w:val="24"/>
          <w:szCs w:val="24"/>
        </w:rPr>
        <w:t xml:space="preserve"> 0</w:t>
      </w:r>
      <w:r w:rsidR="00CD4A10">
        <w:rPr>
          <w:rFonts w:ascii="Arial Narrow" w:hAnsi="Arial Narrow"/>
          <w:b/>
          <w:sz w:val="24"/>
          <w:szCs w:val="24"/>
        </w:rPr>
        <w:t>7</w:t>
      </w:r>
      <w:r w:rsidR="0045634C">
        <w:rPr>
          <w:rFonts w:ascii="Arial Narrow" w:hAnsi="Arial Narrow"/>
          <w:b/>
          <w:sz w:val="24"/>
          <w:szCs w:val="24"/>
        </w:rPr>
        <w:t xml:space="preserve"> </w:t>
      </w:r>
      <w:proofErr w:type="spellStart"/>
      <w:r w:rsidR="0045634C">
        <w:rPr>
          <w:rFonts w:ascii="Arial Narrow" w:hAnsi="Arial Narrow"/>
          <w:b/>
          <w:sz w:val="24"/>
          <w:szCs w:val="24"/>
        </w:rPr>
        <w:t>września</w:t>
      </w:r>
      <w:proofErr w:type="spellEnd"/>
      <w:r w:rsidR="0045634C">
        <w:rPr>
          <w:rFonts w:ascii="Arial Narrow" w:hAnsi="Arial Narrow"/>
          <w:b/>
          <w:sz w:val="24"/>
          <w:szCs w:val="24"/>
        </w:rPr>
        <w:t xml:space="preserve"> 2026</w:t>
      </w:r>
      <w:r w:rsidRPr="00623288">
        <w:rPr>
          <w:rFonts w:ascii="Arial Narrow" w:hAnsi="Arial Narrow"/>
          <w:b/>
          <w:sz w:val="24"/>
          <w:szCs w:val="24"/>
        </w:rPr>
        <w:t xml:space="preserve"> do </w:t>
      </w:r>
      <w:proofErr w:type="spellStart"/>
      <w:r w:rsidRPr="00623288">
        <w:rPr>
          <w:rFonts w:ascii="Arial Narrow" w:hAnsi="Arial Narrow"/>
          <w:b/>
          <w:sz w:val="24"/>
          <w:szCs w:val="24"/>
        </w:rPr>
        <w:t>dnia</w:t>
      </w:r>
      <w:proofErr w:type="spellEnd"/>
      <w:r w:rsidRPr="00623288">
        <w:rPr>
          <w:rFonts w:ascii="Arial Narrow" w:hAnsi="Arial Narrow"/>
          <w:b/>
          <w:sz w:val="24"/>
          <w:szCs w:val="24"/>
        </w:rPr>
        <w:t xml:space="preserve"> </w:t>
      </w:r>
      <w:r w:rsidR="0045634C">
        <w:rPr>
          <w:rFonts w:ascii="Arial Narrow" w:hAnsi="Arial Narrow"/>
          <w:b/>
          <w:sz w:val="24"/>
          <w:szCs w:val="24"/>
        </w:rPr>
        <w:t>1</w:t>
      </w:r>
      <w:r w:rsidR="00CD4A10">
        <w:rPr>
          <w:rFonts w:ascii="Arial Narrow" w:hAnsi="Arial Narrow"/>
          <w:b/>
          <w:sz w:val="24"/>
          <w:szCs w:val="24"/>
        </w:rPr>
        <w:t>0</w:t>
      </w:r>
      <w:r w:rsidR="0045634C">
        <w:rPr>
          <w:rFonts w:ascii="Arial Narrow" w:hAnsi="Arial Narrow"/>
          <w:b/>
          <w:sz w:val="24"/>
          <w:szCs w:val="24"/>
        </w:rPr>
        <w:t xml:space="preserve"> </w:t>
      </w:r>
      <w:proofErr w:type="spellStart"/>
      <w:r w:rsidR="0045634C">
        <w:rPr>
          <w:rFonts w:ascii="Arial Narrow" w:hAnsi="Arial Narrow"/>
          <w:b/>
          <w:sz w:val="24"/>
          <w:szCs w:val="24"/>
        </w:rPr>
        <w:t>września</w:t>
      </w:r>
      <w:proofErr w:type="spellEnd"/>
      <w:r w:rsidR="0045634C">
        <w:rPr>
          <w:rFonts w:ascii="Arial Narrow" w:hAnsi="Arial Narrow"/>
          <w:b/>
          <w:sz w:val="24"/>
          <w:szCs w:val="24"/>
        </w:rPr>
        <w:t xml:space="preserve"> 2026</w:t>
      </w:r>
      <w:r w:rsidRPr="00623288">
        <w:rPr>
          <w:rFonts w:ascii="Arial Narrow" w:hAnsi="Arial Narrow"/>
          <w:b/>
          <w:sz w:val="24"/>
          <w:szCs w:val="24"/>
        </w:rPr>
        <w:t xml:space="preserve"> do </w:t>
      </w:r>
      <w:proofErr w:type="spellStart"/>
      <w:r w:rsidRPr="00623288">
        <w:rPr>
          <w:rFonts w:ascii="Arial Narrow" w:hAnsi="Arial Narrow"/>
          <w:b/>
          <w:sz w:val="24"/>
          <w:szCs w:val="24"/>
        </w:rPr>
        <w:t>godz</w:t>
      </w:r>
      <w:proofErr w:type="spellEnd"/>
      <w:r w:rsidRPr="00623288">
        <w:rPr>
          <w:rFonts w:ascii="Arial Narrow" w:hAnsi="Arial Narrow"/>
          <w:b/>
          <w:sz w:val="24"/>
          <w:szCs w:val="24"/>
        </w:rPr>
        <w:t xml:space="preserve">. </w:t>
      </w:r>
      <w:r w:rsidR="0045634C">
        <w:rPr>
          <w:rFonts w:ascii="Arial Narrow" w:hAnsi="Arial Narrow"/>
          <w:b/>
          <w:sz w:val="24"/>
          <w:szCs w:val="24"/>
        </w:rPr>
        <w:t>10.00</w:t>
      </w:r>
    </w:p>
    <w:p w14:paraId="6D9DC9EA" w14:textId="1D7A28C8" w:rsidR="00E14CFF" w:rsidRPr="00623288" w:rsidRDefault="00E14CFF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Data </w:t>
      </w:r>
      <w:proofErr w:type="spellStart"/>
      <w:r>
        <w:rPr>
          <w:rFonts w:ascii="Arial Narrow" w:hAnsi="Arial Narrow"/>
          <w:b/>
          <w:sz w:val="24"/>
          <w:szCs w:val="24"/>
        </w:rPr>
        <w:t>otwarcia</w:t>
      </w:r>
      <w:bookmarkStart w:id="0" w:name="_GoBack"/>
      <w:bookmarkEnd w:id="0"/>
      <w:proofErr w:type="spellEnd"/>
      <w:r>
        <w:rPr>
          <w:rFonts w:ascii="Arial Narrow" w:hAnsi="Arial Narrow"/>
          <w:b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b/>
          <w:sz w:val="24"/>
          <w:szCs w:val="24"/>
        </w:rPr>
        <w:t>ofert</w:t>
      </w:r>
      <w:proofErr w:type="spellEnd"/>
      <w:r>
        <w:rPr>
          <w:rFonts w:ascii="Arial Narrow" w:hAnsi="Arial Narrow"/>
          <w:b/>
          <w:sz w:val="24"/>
          <w:szCs w:val="24"/>
        </w:rPr>
        <w:t xml:space="preserve">: 10 </w:t>
      </w:r>
      <w:proofErr w:type="spellStart"/>
      <w:r>
        <w:rPr>
          <w:rFonts w:ascii="Arial Narrow" w:hAnsi="Arial Narrow"/>
          <w:b/>
          <w:sz w:val="24"/>
          <w:szCs w:val="24"/>
        </w:rPr>
        <w:t>września</w:t>
      </w:r>
      <w:proofErr w:type="spellEnd"/>
      <w:r>
        <w:rPr>
          <w:rFonts w:ascii="Arial Narrow" w:hAnsi="Arial Narrow"/>
          <w:b/>
          <w:sz w:val="24"/>
          <w:szCs w:val="24"/>
        </w:rPr>
        <w:t xml:space="preserve"> 2026, godz.10.15</w:t>
      </w:r>
    </w:p>
    <w:p w14:paraId="6518EC81" w14:textId="77777777" w:rsidR="003E4F8A" w:rsidRPr="00623288" w:rsidRDefault="00231E36">
      <w:pPr>
        <w:pStyle w:val="Nagwek1"/>
        <w:rPr>
          <w:rFonts w:ascii="Arial Narrow" w:hAnsi="Arial Narrow"/>
          <w:sz w:val="24"/>
          <w:szCs w:val="24"/>
        </w:rPr>
      </w:pPr>
      <w:r w:rsidRPr="00623288">
        <w:rPr>
          <w:rFonts w:ascii="Arial Narrow" w:hAnsi="Arial Narrow"/>
          <w:sz w:val="24"/>
          <w:szCs w:val="24"/>
        </w:rPr>
        <w:t>7. Osoba uprawniona do kontaktu z wykonawcami</w:t>
      </w:r>
    </w:p>
    <w:p w14:paraId="083605D5" w14:textId="2E7AAA8B" w:rsidR="003E4F8A" w:rsidRPr="00623288" w:rsidRDefault="00231E36">
      <w:pPr>
        <w:rPr>
          <w:rFonts w:ascii="Arial Narrow" w:hAnsi="Arial Narrow"/>
          <w:sz w:val="24"/>
          <w:szCs w:val="24"/>
        </w:rPr>
      </w:pPr>
      <w:proofErr w:type="spellStart"/>
      <w:r w:rsidRPr="00623288">
        <w:rPr>
          <w:rFonts w:ascii="Arial Narrow" w:hAnsi="Arial Narrow"/>
          <w:sz w:val="24"/>
          <w:szCs w:val="24"/>
        </w:rPr>
        <w:t>Imię</w:t>
      </w:r>
      <w:proofErr w:type="spellEnd"/>
      <w:r w:rsidRPr="0062328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623288">
        <w:rPr>
          <w:rFonts w:ascii="Arial Narrow" w:hAnsi="Arial Narrow"/>
          <w:sz w:val="24"/>
          <w:szCs w:val="24"/>
        </w:rPr>
        <w:t>i</w:t>
      </w:r>
      <w:proofErr w:type="spellEnd"/>
      <w:r w:rsidRPr="0062328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623288">
        <w:rPr>
          <w:rFonts w:ascii="Arial Narrow" w:hAnsi="Arial Narrow"/>
          <w:sz w:val="24"/>
          <w:szCs w:val="24"/>
        </w:rPr>
        <w:t>nazwisko</w:t>
      </w:r>
      <w:proofErr w:type="spellEnd"/>
      <w:r w:rsidRPr="00623288">
        <w:rPr>
          <w:rFonts w:ascii="Arial Narrow" w:hAnsi="Arial Narrow"/>
          <w:sz w:val="24"/>
          <w:szCs w:val="24"/>
        </w:rPr>
        <w:t xml:space="preserve">: </w:t>
      </w:r>
      <w:r w:rsidR="00CC072A" w:rsidRPr="00623288">
        <w:rPr>
          <w:rFonts w:ascii="Arial Narrow" w:hAnsi="Arial Narrow"/>
          <w:sz w:val="24"/>
          <w:szCs w:val="24"/>
        </w:rPr>
        <w:t xml:space="preserve">Ewa </w:t>
      </w:r>
      <w:proofErr w:type="spellStart"/>
      <w:r w:rsidR="00CC072A" w:rsidRPr="00623288">
        <w:rPr>
          <w:rFonts w:ascii="Arial Narrow" w:hAnsi="Arial Narrow"/>
          <w:sz w:val="24"/>
          <w:szCs w:val="24"/>
        </w:rPr>
        <w:t>Fol</w:t>
      </w:r>
      <w:proofErr w:type="spellEnd"/>
    </w:p>
    <w:p w14:paraId="1B8A69B7" w14:textId="0F5A349B" w:rsidR="003E4F8A" w:rsidRPr="00623288" w:rsidRDefault="00231E36">
      <w:pPr>
        <w:rPr>
          <w:rFonts w:ascii="Arial Narrow" w:hAnsi="Arial Narrow"/>
          <w:sz w:val="24"/>
          <w:szCs w:val="24"/>
        </w:rPr>
      </w:pPr>
      <w:r w:rsidRPr="00623288">
        <w:rPr>
          <w:rFonts w:ascii="Arial Narrow" w:hAnsi="Arial Narrow"/>
          <w:sz w:val="24"/>
          <w:szCs w:val="24"/>
        </w:rPr>
        <w:t xml:space="preserve">tel.: </w:t>
      </w:r>
      <w:r w:rsidR="00CC072A" w:rsidRPr="00623288">
        <w:rPr>
          <w:rFonts w:ascii="Arial Narrow" w:hAnsi="Arial Narrow"/>
          <w:sz w:val="24"/>
          <w:szCs w:val="24"/>
        </w:rPr>
        <w:t>54</w:t>
      </w:r>
      <w:r w:rsidR="0045634C">
        <w:rPr>
          <w:rFonts w:ascii="Arial Narrow" w:hAnsi="Arial Narrow"/>
          <w:sz w:val="24"/>
          <w:szCs w:val="24"/>
        </w:rPr>
        <w:t> </w:t>
      </w:r>
      <w:r w:rsidR="00CC072A" w:rsidRPr="00623288">
        <w:rPr>
          <w:rFonts w:ascii="Arial Narrow" w:hAnsi="Arial Narrow"/>
          <w:sz w:val="24"/>
          <w:szCs w:val="24"/>
        </w:rPr>
        <w:t>412</w:t>
      </w:r>
      <w:r w:rsidR="0045634C">
        <w:rPr>
          <w:rFonts w:ascii="Arial Narrow" w:hAnsi="Arial Narrow"/>
          <w:sz w:val="24"/>
          <w:szCs w:val="24"/>
        </w:rPr>
        <w:t xml:space="preserve"> </w:t>
      </w:r>
      <w:r w:rsidR="00CC072A" w:rsidRPr="00623288">
        <w:rPr>
          <w:rFonts w:ascii="Arial Narrow" w:hAnsi="Arial Narrow"/>
          <w:sz w:val="24"/>
          <w:szCs w:val="24"/>
        </w:rPr>
        <w:t>10</w:t>
      </w:r>
      <w:r w:rsidR="0045634C">
        <w:rPr>
          <w:rFonts w:ascii="Arial Narrow" w:hAnsi="Arial Narrow"/>
          <w:sz w:val="24"/>
          <w:szCs w:val="24"/>
        </w:rPr>
        <w:t xml:space="preserve"> </w:t>
      </w:r>
      <w:r w:rsidR="00CC072A" w:rsidRPr="00623288">
        <w:rPr>
          <w:rFonts w:ascii="Arial Narrow" w:hAnsi="Arial Narrow"/>
          <w:sz w:val="24"/>
          <w:szCs w:val="24"/>
        </w:rPr>
        <w:t>41</w:t>
      </w:r>
    </w:p>
    <w:p w14:paraId="7AA852CB" w14:textId="77777777" w:rsidR="0045634C" w:rsidRPr="0045634C" w:rsidRDefault="0045634C" w:rsidP="0045634C">
      <w:pPr>
        <w:keepNext/>
        <w:keepLines/>
        <w:spacing w:before="160" w:after="60"/>
        <w:outlineLvl w:val="0"/>
        <w:rPr>
          <w:rFonts w:ascii="Arial Narrow" w:eastAsiaTheme="majorEastAsia" w:hAnsi="Arial Narrow" w:cstheme="majorBidi"/>
          <w:b/>
          <w:bCs/>
          <w:sz w:val="24"/>
          <w:szCs w:val="24"/>
        </w:rPr>
      </w:pPr>
      <w:r w:rsidRPr="0045634C">
        <w:rPr>
          <w:rFonts w:ascii="Arial Narrow" w:eastAsiaTheme="majorEastAsia" w:hAnsi="Arial Narrow" w:cstheme="majorBidi"/>
          <w:b/>
          <w:bCs/>
          <w:sz w:val="24"/>
          <w:szCs w:val="24"/>
        </w:rPr>
        <w:t xml:space="preserve">8. </w:t>
      </w:r>
      <w:proofErr w:type="spellStart"/>
      <w:r w:rsidRPr="0045634C">
        <w:rPr>
          <w:rFonts w:ascii="Arial Narrow" w:eastAsiaTheme="majorEastAsia" w:hAnsi="Arial Narrow" w:cstheme="majorBidi"/>
          <w:b/>
          <w:bCs/>
          <w:sz w:val="24"/>
          <w:szCs w:val="24"/>
        </w:rPr>
        <w:t>Procedura</w:t>
      </w:r>
      <w:proofErr w:type="spellEnd"/>
      <w:r w:rsidRPr="0045634C">
        <w:rPr>
          <w:rFonts w:ascii="Arial Narrow" w:eastAsiaTheme="majorEastAsia" w:hAnsi="Arial Narrow" w:cstheme="majorBidi"/>
          <w:b/>
          <w:bCs/>
          <w:sz w:val="24"/>
          <w:szCs w:val="24"/>
        </w:rPr>
        <w:t xml:space="preserve"> </w:t>
      </w:r>
      <w:proofErr w:type="spellStart"/>
      <w:r w:rsidRPr="0045634C">
        <w:rPr>
          <w:rFonts w:ascii="Arial Narrow" w:eastAsiaTheme="majorEastAsia" w:hAnsi="Arial Narrow" w:cstheme="majorBidi"/>
          <w:b/>
          <w:bCs/>
          <w:sz w:val="24"/>
          <w:szCs w:val="24"/>
        </w:rPr>
        <w:t>badania</w:t>
      </w:r>
      <w:proofErr w:type="spellEnd"/>
      <w:r w:rsidRPr="0045634C">
        <w:rPr>
          <w:rFonts w:ascii="Arial Narrow" w:eastAsiaTheme="majorEastAsia" w:hAnsi="Arial Narrow" w:cstheme="majorBidi"/>
          <w:b/>
          <w:bCs/>
          <w:sz w:val="24"/>
          <w:szCs w:val="24"/>
        </w:rPr>
        <w:t xml:space="preserve"> </w:t>
      </w:r>
      <w:proofErr w:type="spellStart"/>
      <w:r w:rsidRPr="0045634C">
        <w:rPr>
          <w:rFonts w:ascii="Arial Narrow" w:eastAsiaTheme="majorEastAsia" w:hAnsi="Arial Narrow" w:cstheme="majorBidi"/>
          <w:b/>
          <w:bCs/>
          <w:sz w:val="24"/>
          <w:szCs w:val="24"/>
        </w:rPr>
        <w:t>i</w:t>
      </w:r>
      <w:proofErr w:type="spellEnd"/>
      <w:r w:rsidRPr="0045634C">
        <w:rPr>
          <w:rFonts w:ascii="Arial Narrow" w:eastAsiaTheme="majorEastAsia" w:hAnsi="Arial Narrow" w:cstheme="majorBidi"/>
          <w:b/>
          <w:bCs/>
          <w:sz w:val="24"/>
          <w:szCs w:val="24"/>
        </w:rPr>
        <w:t xml:space="preserve"> </w:t>
      </w:r>
      <w:proofErr w:type="spellStart"/>
      <w:r w:rsidRPr="0045634C">
        <w:rPr>
          <w:rFonts w:ascii="Arial Narrow" w:eastAsiaTheme="majorEastAsia" w:hAnsi="Arial Narrow" w:cstheme="majorBidi"/>
          <w:b/>
          <w:bCs/>
          <w:sz w:val="24"/>
          <w:szCs w:val="24"/>
        </w:rPr>
        <w:t>oceny</w:t>
      </w:r>
      <w:proofErr w:type="spellEnd"/>
      <w:r w:rsidRPr="0045634C">
        <w:rPr>
          <w:rFonts w:ascii="Arial Narrow" w:eastAsiaTheme="majorEastAsia" w:hAnsi="Arial Narrow" w:cstheme="majorBidi"/>
          <w:b/>
          <w:bCs/>
          <w:sz w:val="24"/>
          <w:szCs w:val="24"/>
        </w:rPr>
        <w:t xml:space="preserve"> </w:t>
      </w:r>
      <w:proofErr w:type="spellStart"/>
      <w:r w:rsidRPr="0045634C">
        <w:rPr>
          <w:rFonts w:ascii="Arial Narrow" w:eastAsiaTheme="majorEastAsia" w:hAnsi="Arial Narrow" w:cstheme="majorBidi"/>
          <w:b/>
          <w:bCs/>
          <w:sz w:val="24"/>
          <w:szCs w:val="24"/>
        </w:rPr>
        <w:t>ofert</w:t>
      </w:r>
      <w:proofErr w:type="spellEnd"/>
    </w:p>
    <w:p w14:paraId="267D20F8" w14:textId="13F314F6" w:rsidR="0045634C" w:rsidRPr="0045634C" w:rsidRDefault="0045634C" w:rsidP="0045634C">
      <w:pPr>
        <w:tabs>
          <w:tab w:val="num" w:pos="360"/>
        </w:tabs>
        <w:spacing w:after="40"/>
        <w:contextualSpacing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a/ </w:t>
      </w:r>
      <w:proofErr w:type="spellStart"/>
      <w:r w:rsidRPr="0045634C">
        <w:rPr>
          <w:rFonts w:ascii="Arial Narrow" w:hAnsi="Arial Narrow"/>
          <w:sz w:val="24"/>
          <w:szCs w:val="24"/>
        </w:rPr>
        <w:t>Złożenie</w:t>
      </w:r>
      <w:proofErr w:type="spellEnd"/>
      <w:r w:rsidRPr="0045634C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5634C">
        <w:rPr>
          <w:rFonts w:ascii="Arial Narrow" w:hAnsi="Arial Narrow"/>
          <w:sz w:val="24"/>
          <w:szCs w:val="24"/>
        </w:rPr>
        <w:t>oferty</w:t>
      </w:r>
      <w:proofErr w:type="spellEnd"/>
      <w:r w:rsidRPr="0045634C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5634C">
        <w:rPr>
          <w:rFonts w:ascii="Arial Narrow" w:hAnsi="Arial Narrow"/>
          <w:sz w:val="24"/>
          <w:szCs w:val="24"/>
        </w:rPr>
        <w:t>oznacza</w:t>
      </w:r>
      <w:proofErr w:type="spellEnd"/>
      <w:r w:rsidRPr="0045634C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5634C">
        <w:rPr>
          <w:rFonts w:ascii="Arial Narrow" w:hAnsi="Arial Narrow"/>
          <w:sz w:val="24"/>
          <w:szCs w:val="24"/>
        </w:rPr>
        <w:t>pełną</w:t>
      </w:r>
      <w:proofErr w:type="spellEnd"/>
      <w:r w:rsidRPr="0045634C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5634C">
        <w:rPr>
          <w:rFonts w:ascii="Arial Narrow" w:hAnsi="Arial Narrow"/>
          <w:sz w:val="24"/>
          <w:szCs w:val="24"/>
        </w:rPr>
        <w:t>akceptację</w:t>
      </w:r>
      <w:proofErr w:type="spellEnd"/>
      <w:r w:rsidRPr="0045634C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5634C">
        <w:rPr>
          <w:rFonts w:ascii="Arial Narrow" w:hAnsi="Arial Narrow"/>
          <w:sz w:val="24"/>
          <w:szCs w:val="24"/>
        </w:rPr>
        <w:t>warunków</w:t>
      </w:r>
      <w:proofErr w:type="spellEnd"/>
      <w:r w:rsidRPr="0045634C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5634C">
        <w:rPr>
          <w:rFonts w:ascii="Arial Narrow" w:hAnsi="Arial Narrow"/>
          <w:sz w:val="24"/>
          <w:szCs w:val="24"/>
        </w:rPr>
        <w:t>stawianych</w:t>
      </w:r>
      <w:proofErr w:type="spellEnd"/>
      <w:r w:rsidRPr="0045634C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5634C">
        <w:rPr>
          <w:rFonts w:ascii="Arial Narrow" w:hAnsi="Arial Narrow"/>
          <w:sz w:val="24"/>
          <w:szCs w:val="24"/>
        </w:rPr>
        <w:t>przez</w:t>
      </w:r>
      <w:proofErr w:type="spellEnd"/>
      <w:r w:rsidRPr="0045634C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5634C">
        <w:rPr>
          <w:rFonts w:ascii="Arial Narrow" w:hAnsi="Arial Narrow"/>
          <w:sz w:val="24"/>
          <w:szCs w:val="24"/>
        </w:rPr>
        <w:t>Zamawiającego</w:t>
      </w:r>
      <w:proofErr w:type="spellEnd"/>
      <w:r w:rsidRPr="0045634C">
        <w:rPr>
          <w:rFonts w:ascii="Arial Narrow" w:hAnsi="Arial Narrow"/>
          <w:sz w:val="24"/>
          <w:szCs w:val="24"/>
        </w:rPr>
        <w:t xml:space="preserve"> w </w:t>
      </w:r>
      <w:proofErr w:type="spellStart"/>
      <w:r w:rsidRPr="0045634C">
        <w:rPr>
          <w:rFonts w:ascii="Arial Narrow" w:hAnsi="Arial Narrow"/>
          <w:sz w:val="24"/>
          <w:szCs w:val="24"/>
        </w:rPr>
        <w:t>niniejszym</w:t>
      </w:r>
      <w:proofErr w:type="spellEnd"/>
      <w:r w:rsidRPr="0045634C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5634C">
        <w:rPr>
          <w:rFonts w:ascii="Arial Narrow" w:hAnsi="Arial Narrow"/>
          <w:sz w:val="24"/>
          <w:szCs w:val="24"/>
        </w:rPr>
        <w:t>postępowaniu</w:t>
      </w:r>
      <w:proofErr w:type="spellEnd"/>
      <w:r w:rsidRPr="0045634C">
        <w:rPr>
          <w:rFonts w:ascii="Arial Narrow" w:hAnsi="Arial Narrow"/>
          <w:sz w:val="24"/>
          <w:szCs w:val="24"/>
        </w:rPr>
        <w:t>.</w:t>
      </w:r>
    </w:p>
    <w:p w14:paraId="2966A13D" w14:textId="602F0A1E" w:rsidR="0045634C" w:rsidRPr="0045634C" w:rsidRDefault="0045634C" w:rsidP="0045634C">
      <w:pPr>
        <w:tabs>
          <w:tab w:val="num" w:pos="360"/>
        </w:tabs>
        <w:spacing w:after="40"/>
        <w:contextualSpacing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b/ </w:t>
      </w:r>
      <w:proofErr w:type="spellStart"/>
      <w:r w:rsidRPr="0045634C">
        <w:rPr>
          <w:rFonts w:ascii="Arial Narrow" w:hAnsi="Arial Narrow"/>
          <w:sz w:val="24"/>
          <w:szCs w:val="24"/>
        </w:rPr>
        <w:t>Zamawiający</w:t>
      </w:r>
      <w:proofErr w:type="spellEnd"/>
      <w:r w:rsidRPr="0045634C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5634C">
        <w:rPr>
          <w:rFonts w:ascii="Arial Narrow" w:hAnsi="Arial Narrow"/>
          <w:sz w:val="24"/>
          <w:szCs w:val="24"/>
        </w:rPr>
        <w:t>odrzuci</w:t>
      </w:r>
      <w:proofErr w:type="spellEnd"/>
      <w:r w:rsidRPr="0045634C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5634C">
        <w:rPr>
          <w:rFonts w:ascii="Arial Narrow" w:hAnsi="Arial Narrow"/>
          <w:sz w:val="24"/>
          <w:szCs w:val="24"/>
        </w:rPr>
        <w:t>ofertę</w:t>
      </w:r>
      <w:proofErr w:type="spellEnd"/>
      <w:r w:rsidRPr="0045634C">
        <w:rPr>
          <w:rFonts w:ascii="Arial Narrow" w:hAnsi="Arial Narrow"/>
          <w:sz w:val="24"/>
          <w:szCs w:val="24"/>
        </w:rPr>
        <w:t xml:space="preserve">, </w:t>
      </w:r>
      <w:proofErr w:type="spellStart"/>
      <w:r w:rsidRPr="0045634C">
        <w:rPr>
          <w:rFonts w:ascii="Arial Narrow" w:hAnsi="Arial Narrow"/>
          <w:sz w:val="24"/>
          <w:szCs w:val="24"/>
        </w:rPr>
        <w:t>która</w:t>
      </w:r>
      <w:proofErr w:type="spellEnd"/>
      <w:r w:rsidRPr="0045634C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5634C">
        <w:rPr>
          <w:rFonts w:ascii="Arial Narrow" w:hAnsi="Arial Narrow"/>
          <w:sz w:val="24"/>
          <w:szCs w:val="24"/>
        </w:rPr>
        <w:t>nie</w:t>
      </w:r>
      <w:proofErr w:type="spellEnd"/>
      <w:r w:rsidRPr="0045634C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5634C">
        <w:rPr>
          <w:rFonts w:ascii="Arial Narrow" w:hAnsi="Arial Narrow"/>
          <w:sz w:val="24"/>
          <w:szCs w:val="24"/>
        </w:rPr>
        <w:t>spełnia</w:t>
      </w:r>
      <w:proofErr w:type="spellEnd"/>
      <w:r w:rsidRPr="0045634C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5634C">
        <w:rPr>
          <w:rFonts w:ascii="Arial Narrow" w:hAnsi="Arial Narrow"/>
          <w:sz w:val="24"/>
          <w:szCs w:val="24"/>
        </w:rPr>
        <w:t>wymagań</w:t>
      </w:r>
      <w:proofErr w:type="spellEnd"/>
      <w:r w:rsidRPr="0045634C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5634C">
        <w:rPr>
          <w:rFonts w:ascii="Arial Narrow" w:hAnsi="Arial Narrow"/>
          <w:sz w:val="24"/>
          <w:szCs w:val="24"/>
        </w:rPr>
        <w:t>określonych</w:t>
      </w:r>
      <w:proofErr w:type="spellEnd"/>
      <w:r w:rsidRPr="0045634C">
        <w:rPr>
          <w:rFonts w:ascii="Arial Narrow" w:hAnsi="Arial Narrow"/>
          <w:sz w:val="24"/>
          <w:szCs w:val="24"/>
        </w:rPr>
        <w:t xml:space="preserve"> w </w:t>
      </w:r>
      <w:proofErr w:type="spellStart"/>
      <w:r w:rsidRPr="0045634C">
        <w:rPr>
          <w:rFonts w:ascii="Arial Narrow" w:hAnsi="Arial Narrow"/>
          <w:sz w:val="24"/>
          <w:szCs w:val="24"/>
        </w:rPr>
        <w:t>zapytaniu</w:t>
      </w:r>
      <w:proofErr w:type="spellEnd"/>
      <w:r w:rsidRPr="0045634C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5634C">
        <w:rPr>
          <w:rFonts w:ascii="Arial Narrow" w:hAnsi="Arial Narrow"/>
          <w:sz w:val="24"/>
          <w:szCs w:val="24"/>
        </w:rPr>
        <w:t>ofertowym</w:t>
      </w:r>
      <w:proofErr w:type="spellEnd"/>
      <w:r w:rsidRPr="0045634C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5634C">
        <w:rPr>
          <w:rFonts w:ascii="Arial Narrow" w:hAnsi="Arial Narrow"/>
          <w:sz w:val="24"/>
          <w:szCs w:val="24"/>
        </w:rPr>
        <w:t>lub</w:t>
      </w:r>
      <w:proofErr w:type="spellEnd"/>
      <w:r w:rsidRPr="0045634C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5634C">
        <w:rPr>
          <w:rFonts w:ascii="Arial Narrow" w:hAnsi="Arial Narrow"/>
          <w:sz w:val="24"/>
          <w:szCs w:val="24"/>
        </w:rPr>
        <w:t>której</w:t>
      </w:r>
      <w:proofErr w:type="spellEnd"/>
      <w:r w:rsidRPr="0045634C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5634C">
        <w:rPr>
          <w:rFonts w:ascii="Arial Narrow" w:hAnsi="Arial Narrow"/>
          <w:sz w:val="24"/>
          <w:szCs w:val="24"/>
        </w:rPr>
        <w:t>treść</w:t>
      </w:r>
      <w:proofErr w:type="spellEnd"/>
      <w:r w:rsidRPr="0045634C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5634C">
        <w:rPr>
          <w:rFonts w:ascii="Arial Narrow" w:hAnsi="Arial Narrow"/>
          <w:sz w:val="24"/>
          <w:szCs w:val="24"/>
        </w:rPr>
        <w:t>nie</w:t>
      </w:r>
      <w:proofErr w:type="spellEnd"/>
      <w:r w:rsidRPr="0045634C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5634C">
        <w:rPr>
          <w:rFonts w:ascii="Arial Narrow" w:hAnsi="Arial Narrow"/>
          <w:sz w:val="24"/>
          <w:szCs w:val="24"/>
        </w:rPr>
        <w:t>odpowiada</w:t>
      </w:r>
      <w:proofErr w:type="spellEnd"/>
      <w:r w:rsidRPr="0045634C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5634C">
        <w:rPr>
          <w:rFonts w:ascii="Arial Narrow" w:hAnsi="Arial Narrow"/>
          <w:sz w:val="24"/>
          <w:szCs w:val="24"/>
        </w:rPr>
        <w:t>treści</w:t>
      </w:r>
      <w:proofErr w:type="spellEnd"/>
      <w:r w:rsidRPr="0045634C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5634C">
        <w:rPr>
          <w:rFonts w:ascii="Arial Narrow" w:hAnsi="Arial Narrow"/>
          <w:sz w:val="24"/>
          <w:szCs w:val="24"/>
        </w:rPr>
        <w:t>zapytania</w:t>
      </w:r>
      <w:proofErr w:type="spellEnd"/>
      <w:r w:rsidRPr="0045634C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5634C">
        <w:rPr>
          <w:rFonts w:ascii="Arial Narrow" w:hAnsi="Arial Narrow"/>
          <w:sz w:val="24"/>
          <w:szCs w:val="24"/>
        </w:rPr>
        <w:t>ofertowego</w:t>
      </w:r>
      <w:proofErr w:type="spellEnd"/>
      <w:r w:rsidRPr="0045634C">
        <w:rPr>
          <w:rFonts w:ascii="Arial Narrow" w:hAnsi="Arial Narrow"/>
          <w:sz w:val="24"/>
          <w:szCs w:val="24"/>
        </w:rPr>
        <w:t>.</w:t>
      </w:r>
    </w:p>
    <w:p w14:paraId="61445E26" w14:textId="29579CF3" w:rsidR="0045634C" w:rsidRPr="0045634C" w:rsidRDefault="0045634C" w:rsidP="0045634C">
      <w:pPr>
        <w:tabs>
          <w:tab w:val="num" w:pos="360"/>
        </w:tabs>
        <w:spacing w:after="40"/>
        <w:contextualSpacing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c/ </w:t>
      </w:r>
      <w:proofErr w:type="spellStart"/>
      <w:r w:rsidRPr="0045634C">
        <w:rPr>
          <w:rFonts w:ascii="Arial Narrow" w:hAnsi="Arial Narrow"/>
          <w:sz w:val="24"/>
          <w:szCs w:val="24"/>
        </w:rPr>
        <w:t>Zamawiający</w:t>
      </w:r>
      <w:proofErr w:type="spellEnd"/>
      <w:r w:rsidRPr="0045634C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5634C">
        <w:rPr>
          <w:rFonts w:ascii="Arial Narrow" w:hAnsi="Arial Narrow"/>
          <w:sz w:val="24"/>
          <w:szCs w:val="24"/>
        </w:rPr>
        <w:t>może</w:t>
      </w:r>
      <w:proofErr w:type="spellEnd"/>
      <w:r w:rsidRPr="0045634C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5634C">
        <w:rPr>
          <w:rFonts w:ascii="Arial Narrow" w:hAnsi="Arial Narrow"/>
          <w:sz w:val="24"/>
          <w:szCs w:val="24"/>
        </w:rPr>
        <w:t>żądać</w:t>
      </w:r>
      <w:proofErr w:type="spellEnd"/>
      <w:r w:rsidRPr="0045634C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5634C">
        <w:rPr>
          <w:rFonts w:ascii="Arial Narrow" w:hAnsi="Arial Narrow"/>
          <w:sz w:val="24"/>
          <w:szCs w:val="24"/>
        </w:rPr>
        <w:t>od</w:t>
      </w:r>
      <w:proofErr w:type="spellEnd"/>
      <w:r w:rsidRPr="0045634C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5634C">
        <w:rPr>
          <w:rFonts w:ascii="Arial Narrow" w:hAnsi="Arial Narrow"/>
          <w:sz w:val="24"/>
          <w:szCs w:val="24"/>
        </w:rPr>
        <w:t>Wykonawców</w:t>
      </w:r>
      <w:proofErr w:type="spellEnd"/>
      <w:r w:rsidRPr="0045634C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5634C">
        <w:rPr>
          <w:rFonts w:ascii="Arial Narrow" w:hAnsi="Arial Narrow"/>
          <w:sz w:val="24"/>
          <w:szCs w:val="24"/>
        </w:rPr>
        <w:t>wyjaśnień</w:t>
      </w:r>
      <w:proofErr w:type="spellEnd"/>
      <w:r w:rsidRPr="0045634C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5634C">
        <w:rPr>
          <w:rFonts w:ascii="Arial Narrow" w:hAnsi="Arial Narrow"/>
          <w:sz w:val="24"/>
          <w:szCs w:val="24"/>
        </w:rPr>
        <w:t>dotyczących</w:t>
      </w:r>
      <w:proofErr w:type="spellEnd"/>
      <w:r w:rsidRPr="0045634C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5634C">
        <w:rPr>
          <w:rFonts w:ascii="Arial Narrow" w:hAnsi="Arial Narrow"/>
          <w:sz w:val="24"/>
          <w:szCs w:val="24"/>
        </w:rPr>
        <w:t>oferty</w:t>
      </w:r>
      <w:proofErr w:type="spellEnd"/>
      <w:r w:rsidRPr="0045634C">
        <w:rPr>
          <w:rFonts w:ascii="Arial Narrow" w:hAnsi="Arial Narrow"/>
          <w:sz w:val="24"/>
          <w:szCs w:val="24"/>
        </w:rPr>
        <w:t xml:space="preserve">, a w </w:t>
      </w:r>
      <w:proofErr w:type="spellStart"/>
      <w:r w:rsidRPr="0045634C">
        <w:rPr>
          <w:rFonts w:ascii="Arial Narrow" w:hAnsi="Arial Narrow"/>
          <w:sz w:val="24"/>
          <w:szCs w:val="24"/>
        </w:rPr>
        <w:t>przypadku</w:t>
      </w:r>
      <w:proofErr w:type="spellEnd"/>
      <w:r w:rsidRPr="0045634C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5634C">
        <w:rPr>
          <w:rFonts w:ascii="Arial Narrow" w:hAnsi="Arial Narrow"/>
          <w:sz w:val="24"/>
          <w:szCs w:val="24"/>
        </w:rPr>
        <w:t>jej</w:t>
      </w:r>
      <w:proofErr w:type="spellEnd"/>
      <w:r w:rsidRPr="0045634C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5634C">
        <w:rPr>
          <w:rFonts w:ascii="Arial Narrow" w:hAnsi="Arial Narrow"/>
          <w:sz w:val="24"/>
          <w:szCs w:val="24"/>
        </w:rPr>
        <w:t>niekompletności</w:t>
      </w:r>
      <w:proofErr w:type="spellEnd"/>
      <w:r w:rsidRPr="0045634C">
        <w:rPr>
          <w:rFonts w:ascii="Arial Narrow" w:hAnsi="Arial Narrow"/>
          <w:sz w:val="24"/>
          <w:szCs w:val="24"/>
        </w:rPr>
        <w:t xml:space="preserve"> </w:t>
      </w:r>
      <w:r w:rsidRPr="0045634C">
        <w:rPr>
          <w:rFonts w:ascii="Arial Narrow" w:hAnsi="Arial Narrow"/>
          <w:sz w:val="24"/>
          <w:szCs w:val="24"/>
        </w:rPr>
        <w:br/>
        <w:t xml:space="preserve">w </w:t>
      </w:r>
      <w:proofErr w:type="spellStart"/>
      <w:r w:rsidRPr="0045634C">
        <w:rPr>
          <w:rFonts w:ascii="Arial Narrow" w:hAnsi="Arial Narrow"/>
          <w:sz w:val="24"/>
          <w:szCs w:val="24"/>
        </w:rPr>
        <w:t>zakresie</w:t>
      </w:r>
      <w:proofErr w:type="spellEnd"/>
      <w:r w:rsidRPr="0045634C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5634C">
        <w:rPr>
          <w:rFonts w:ascii="Arial Narrow" w:hAnsi="Arial Narrow"/>
          <w:sz w:val="24"/>
          <w:szCs w:val="24"/>
        </w:rPr>
        <w:t>wymaganych</w:t>
      </w:r>
      <w:proofErr w:type="spellEnd"/>
      <w:r w:rsidRPr="0045634C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5634C">
        <w:rPr>
          <w:rFonts w:ascii="Arial Narrow" w:hAnsi="Arial Narrow"/>
          <w:sz w:val="24"/>
          <w:szCs w:val="24"/>
        </w:rPr>
        <w:t>dokumentów</w:t>
      </w:r>
      <w:proofErr w:type="spellEnd"/>
      <w:r w:rsidRPr="0045634C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5634C">
        <w:rPr>
          <w:rFonts w:ascii="Arial Narrow" w:hAnsi="Arial Narrow"/>
          <w:sz w:val="24"/>
          <w:szCs w:val="24"/>
        </w:rPr>
        <w:t>wezwie</w:t>
      </w:r>
      <w:proofErr w:type="spellEnd"/>
      <w:r w:rsidRPr="0045634C">
        <w:rPr>
          <w:rFonts w:ascii="Arial Narrow" w:hAnsi="Arial Narrow"/>
          <w:sz w:val="24"/>
          <w:szCs w:val="24"/>
        </w:rPr>
        <w:t xml:space="preserve"> do </w:t>
      </w:r>
      <w:proofErr w:type="spellStart"/>
      <w:r w:rsidRPr="0045634C">
        <w:rPr>
          <w:rFonts w:ascii="Arial Narrow" w:hAnsi="Arial Narrow"/>
          <w:sz w:val="24"/>
          <w:szCs w:val="24"/>
        </w:rPr>
        <w:t>ich</w:t>
      </w:r>
      <w:proofErr w:type="spellEnd"/>
      <w:r w:rsidRPr="0045634C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5634C">
        <w:rPr>
          <w:rFonts w:ascii="Arial Narrow" w:hAnsi="Arial Narrow"/>
          <w:sz w:val="24"/>
          <w:szCs w:val="24"/>
        </w:rPr>
        <w:t>uzupełnienia</w:t>
      </w:r>
      <w:proofErr w:type="spellEnd"/>
      <w:r w:rsidRPr="0045634C">
        <w:rPr>
          <w:rFonts w:ascii="Arial Narrow" w:hAnsi="Arial Narrow"/>
          <w:sz w:val="24"/>
          <w:szCs w:val="24"/>
        </w:rPr>
        <w:t>.</w:t>
      </w:r>
    </w:p>
    <w:p w14:paraId="16DCD277" w14:textId="6BA8D8BB" w:rsidR="0045634C" w:rsidRPr="0045634C" w:rsidRDefault="0045634C" w:rsidP="0045634C">
      <w:pPr>
        <w:tabs>
          <w:tab w:val="num" w:pos="360"/>
        </w:tabs>
        <w:spacing w:after="40"/>
        <w:contextualSpacing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d/ </w:t>
      </w:r>
      <w:proofErr w:type="spellStart"/>
      <w:r w:rsidRPr="0045634C">
        <w:rPr>
          <w:rFonts w:ascii="Arial Narrow" w:hAnsi="Arial Narrow"/>
          <w:sz w:val="24"/>
          <w:szCs w:val="24"/>
        </w:rPr>
        <w:t>Zamawiający</w:t>
      </w:r>
      <w:proofErr w:type="spellEnd"/>
      <w:r w:rsidRPr="0045634C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5634C">
        <w:rPr>
          <w:rFonts w:ascii="Arial Narrow" w:hAnsi="Arial Narrow"/>
          <w:sz w:val="24"/>
          <w:szCs w:val="24"/>
        </w:rPr>
        <w:t>poprawi</w:t>
      </w:r>
      <w:proofErr w:type="spellEnd"/>
      <w:r w:rsidRPr="0045634C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5634C">
        <w:rPr>
          <w:rFonts w:ascii="Arial Narrow" w:hAnsi="Arial Narrow"/>
          <w:sz w:val="24"/>
          <w:szCs w:val="24"/>
        </w:rPr>
        <w:t>oczywiste</w:t>
      </w:r>
      <w:proofErr w:type="spellEnd"/>
      <w:r w:rsidRPr="0045634C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5634C">
        <w:rPr>
          <w:rFonts w:ascii="Arial Narrow" w:hAnsi="Arial Narrow"/>
          <w:sz w:val="24"/>
          <w:szCs w:val="24"/>
        </w:rPr>
        <w:t>pomyłki</w:t>
      </w:r>
      <w:proofErr w:type="spellEnd"/>
      <w:r w:rsidRPr="0045634C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5634C">
        <w:rPr>
          <w:rFonts w:ascii="Arial Narrow" w:hAnsi="Arial Narrow"/>
          <w:sz w:val="24"/>
          <w:szCs w:val="24"/>
        </w:rPr>
        <w:t>rachunkowe</w:t>
      </w:r>
      <w:proofErr w:type="spellEnd"/>
      <w:r w:rsidRPr="0045634C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5634C">
        <w:rPr>
          <w:rFonts w:ascii="Arial Narrow" w:hAnsi="Arial Narrow"/>
          <w:sz w:val="24"/>
          <w:szCs w:val="24"/>
        </w:rPr>
        <w:t>i</w:t>
      </w:r>
      <w:proofErr w:type="spellEnd"/>
      <w:r w:rsidRPr="0045634C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5634C">
        <w:rPr>
          <w:rFonts w:ascii="Arial Narrow" w:hAnsi="Arial Narrow"/>
          <w:sz w:val="24"/>
          <w:szCs w:val="24"/>
        </w:rPr>
        <w:t>pisarskie</w:t>
      </w:r>
      <w:proofErr w:type="spellEnd"/>
      <w:r w:rsidRPr="0045634C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5634C">
        <w:rPr>
          <w:rFonts w:ascii="Arial Narrow" w:hAnsi="Arial Narrow"/>
          <w:sz w:val="24"/>
          <w:szCs w:val="24"/>
        </w:rPr>
        <w:t>oraz</w:t>
      </w:r>
      <w:proofErr w:type="spellEnd"/>
      <w:r w:rsidRPr="0045634C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5634C">
        <w:rPr>
          <w:rFonts w:ascii="Arial Narrow" w:hAnsi="Arial Narrow"/>
          <w:sz w:val="24"/>
          <w:szCs w:val="24"/>
        </w:rPr>
        <w:t>inne</w:t>
      </w:r>
      <w:proofErr w:type="spellEnd"/>
      <w:r w:rsidRPr="0045634C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5634C">
        <w:rPr>
          <w:rFonts w:ascii="Arial Narrow" w:hAnsi="Arial Narrow"/>
          <w:sz w:val="24"/>
          <w:szCs w:val="24"/>
        </w:rPr>
        <w:t>pomyłki</w:t>
      </w:r>
      <w:proofErr w:type="spellEnd"/>
      <w:r w:rsidRPr="0045634C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5634C">
        <w:rPr>
          <w:rFonts w:ascii="Arial Narrow" w:hAnsi="Arial Narrow"/>
          <w:sz w:val="24"/>
          <w:szCs w:val="24"/>
        </w:rPr>
        <w:t>niepowodujące</w:t>
      </w:r>
      <w:proofErr w:type="spellEnd"/>
      <w:r w:rsidRPr="0045634C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5634C">
        <w:rPr>
          <w:rFonts w:ascii="Arial Narrow" w:hAnsi="Arial Narrow"/>
          <w:sz w:val="24"/>
          <w:szCs w:val="24"/>
        </w:rPr>
        <w:t>istotnych</w:t>
      </w:r>
      <w:proofErr w:type="spellEnd"/>
      <w:r w:rsidRPr="0045634C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5634C">
        <w:rPr>
          <w:rFonts w:ascii="Arial Narrow" w:hAnsi="Arial Narrow"/>
          <w:sz w:val="24"/>
          <w:szCs w:val="24"/>
        </w:rPr>
        <w:t>zmian</w:t>
      </w:r>
      <w:proofErr w:type="spellEnd"/>
      <w:r w:rsidRPr="0045634C">
        <w:rPr>
          <w:rFonts w:ascii="Arial Narrow" w:hAnsi="Arial Narrow"/>
          <w:sz w:val="24"/>
          <w:szCs w:val="24"/>
        </w:rPr>
        <w:t xml:space="preserve"> w </w:t>
      </w:r>
      <w:proofErr w:type="spellStart"/>
      <w:r w:rsidRPr="0045634C">
        <w:rPr>
          <w:rFonts w:ascii="Arial Narrow" w:hAnsi="Arial Narrow"/>
          <w:sz w:val="24"/>
          <w:szCs w:val="24"/>
        </w:rPr>
        <w:t>treści</w:t>
      </w:r>
      <w:proofErr w:type="spellEnd"/>
      <w:r w:rsidRPr="0045634C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5634C">
        <w:rPr>
          <w:rFonts w:ascii="Arial Narrow" w:hAnsi="Arial Narrow"/>
          <w:sz w:val="24"/>
          <w:szCs w:val="24"/>
        </w:rPr>
        <w:t>oferty</w:t>
      </w:r>
      <w:proofErr w:type="spellEnd"/>
      <w:r w:rsidRPr="0045634C">
        <w:rPr>
          <w:rFonts w:ascii="Arial Narrow" w:hAnsi="Arial Narrow"/>
          <w:sz w:val="24"/>
          <w:szCs w:val="24"/>
        </w:rPr>
        <w:t xml:space="preserve">, o </w:t>
      </w:r>
      <w:proofErr w:type="spellStart"/>
      <w:r w:rsidRPr="0045634C">
        <w:rPr>
          <w:rFonts w:ascii="Arial Narrow" w:hAnsi="Arial Narrow"/>
          <w:sz w:val="24"/>
          <w:szCs w:val="24"/>
        </w:rPr>
        <w:t>czym</w:t>
      </w:r>
      <w:proofErr w:type="spellEnd"/>
      <w:r w:rsidRPr="0045634C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5634C">
        <w:rPr>
          <w:rFonts w:ascii="Arial Narrow" w:hAnsi="Arial Narrow"/>
          <w:sz w:val="24"/>
          <w:szCs w:val="24"/>
        </w:rPr>
        <w:t>powiadomi</w:t>
      </w:r>
      <w:proofErr w:type="spellEnd"/>
      <w:r w:rsidRPr="0045634C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5634C">
        <w:rPr>
          <w:rFonts w:ascii="Arial Narrow" w:hAnsi="Arial Narrow"/>
          <w:sz w:val="24"/>
          <w:szCs w:val="24"/>
        </w:rPr>
        <w:t>Wykonawcę</w:t>
      </w:r>
      <w:proofErr w:type="spellEnd"/>
      <w:r w:rsidRPr="0045634C">
        <w:rPr>
          <w:rFonts w:ascii="Arial Narrow" w:hAnsi="Arial Narrow"/>
          <w:sz w:val="24"/>
          <w:szCs w:val="24"/>
        </w:rPr>
        <w:t>.</w:t>
      </w:r>
    </w:p>
    <w:p w14:paraId="479D0D4B" w14:textId="77777777" w:rsidR="0045634C" w:rsidRPr="0045634C" w:rsidRDefault="0045634C" w:rsidP="0045634C">
      <w:pPr>
        <w:ind w:left="360"/>
      </w:pPr>
    </w:p>
    <w:p w14:paraId="0B5E37D7" w14:textId="77777777" w:rsidR="003E4F8A" w:rsidRPr="00623288" w:rsidRDefault="00231E36">
      <w:pPr>
        <w:pStyle w:val="Nagwek1"/>
        <w:rPr>
          <w:rFonts w:ascii="Arial Narrow" w:hAnsi="Arial Narrow"/>
          <w:sz w:val="24"/>
          <w:szCs w:val="24"/>
        </w:rPr>
      </w:pPr>
      <w:r w:rsidRPr="00623288">
        <w:rPr>
          <w:rFonts w:ascii="Arial Narrow" w:hAnsi="Arial Narrow"/>
          <w:sz w:val="24"/>
          <w:szCs w:val="24"/>
        </w:rPr>
        <w:lastRenderedPageBreak/>
        <w:t>9. Rozstrzygnięcie i unieważnienie</w:t>
      </w:r>
    </w:p>
    <w:p w14:paraId="6D987985" w14:textId="40AEC6B3" w:rsidR="0045634C" w:rsidRPr="0045634C" w:rsidRDefault="0045634C" w:rsidP="0045634C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val="pl-PL" w:eastAsia="pl-PL"/>
        </w:rPr>
      </w:pPr>
      <w:r>
        <w:rPr>
          <w:rFonts w:ascii="Times New Roman" w:eastAsia="Times New Roman" w:hAnsi="Symbol" w:cs="Times New Roman"/>
          <w:sz w:val="24"/>
          <w:szCs w:val="24"/>
          <w:lang w:val="pl-PL" w:eastAsia="pl-PL"/>
        </w:rPr>
        <w:t xml:space="preserve">a/ </w:t>
      </w:r>
      <w:r w:rsidRPr="0045634C">
        <w:rPr>
          <w:rFonts w:ascii="Arial Narrow" w:eastAsia="Times New Roman" w:hAnsi="Arial Narrow" w:cs="Times New Roman"/>
          <w:sz w:val="24"/>
          <w:szCs w:val="24"/>
          <w:lang w:val="pl-PL" w:eastAsia="pl-PL"/>
        </w:rPr>
        <w:t xml:space="preserve">Zamawiający udzieli zamówienia Wykonawcy, którego oferta spełnia wszystkie wymagania określone </w:t>
      </w:r>
      <w:r>
        <w:rPr>
          <w:rFonts w:ascii="Arial Narrow" w:eastAsia="Times New Roman" w:hAnsi="Arial Narrow" w:cs="Times New Roman"/>
          <w:sz w:val="24"/>
          <w:szCs w:val="24"/>
          <w:lang w:val="pl-PL" w:eastAsia="pl-PL"/>
        </w:rPr>
        <w:br/>
      </w:r>
      <w:r w:rsidRPr="0045634C">
        <w:rPr>
          <w:rFonts w:ascii="Arial Narrow" w:eastAsia="Times New Roman" w:hAnsi="Arial Narrow" w:cs="Times New Roman"/>
          <w:sz w:val="24"/>
          <w:szCs w:val="24"/>
          <w:lang w:val="pl-PL" w:eastAsia="pl-PL"/>
        </w:rPr>
        <w:t xml:space="preserve">w niniejszym zapytaniu ofertowym i zawiera </w:t>
      </w:r>
      <w:r w:rsidR="00CD4A10">
        <w:rPr>
          <w:rFonts w:ascii="Arial Narrow" w:eastAsia="Times New Roman" w:hAnsi="Arial Narrow" w:cs="Times New Roman"/>
          <w:bCs/>
          <w:sz w:val="24"/>
          <w:szCs w:val="24"/>
          <w:lang w:val="pl-PL" w:eastAsia="pl-PL"/>
        </w:rPr>
        <w:t>najniższą cenę brutto za 28 800</w:t>
      </w:r>
      <w:r w:rsidRPr="0045634C">
        <w:rPr>
          <w:rFonts w:ascii="Arial Narrow" w:eastAsia="Times New Roman" w:hAnsi="Arial Narrow" w:cs="Times New Roman"/>
          <w:bCs/>
          <w:sz w:val="24"/>
          <w:szCs w:val="24"/>
          <w:lang w:val="pl-PL" w:eastAsia="pl-PL"/>
        </w:rPr>
        <w:t xml:space="preserve"> km</w:t>
      </w:r>
      <w:r w:rsidRPr="0045634C">
        <w:rPr>
          <w:rFonts w:ascii="Arial Narrow" w:eastAsia="Times New Roman" w:hAnsi="Arial Narrow" w:cs="Times New Roman"/>
          <w:sz w:val="24"/>
          <w:szCs w:val="24"/>
          <w:lang w:val="pl-PL" w:eastAsia="pl-PL"/>
        </w:rPr>
        <w:t>, zgodnie z przyjętym kryterium wyboru oferty.</w:t>
      </w:r>
    </w:p>
    <w:p w14:paraId="03E6526F" w14:textId="77777777" w:rsidR="0045634C" w:rsidRDefault="0045634C" w:rsidP="0045634C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val="pl-PL" w:eastAsia="pl-PL"/>
        </w:rPr>
      </w:pPr>
      <w:r>
        <w:rPr>
          <w:rFonts w:ascii="Arial Narrow" w:eastAsia="Times New Roman" w:hAnsi="Arial Narrow" w:cs="Times New Roman"/>
          <w:sz w:val="24"/>
          <w:szCs w:val="24"/>
          <w:lang w:val="pl-PL" w:eastAsia="pl-PL"/>
        </w:rPr>
        <w:t xml:space="preserve">b/ </w:t>
      </w:r>
      <w:r w:rsidRPr="0045634C">
        <w:rPr>
          <w:rFonts w:ascii="Arial Narrow" w:eastAsia="Times New Roman" w:hAnsi="Arial Narrow" w:cs="Times New Roman"/>
          <w:sz w:val="24"/>
          <w:szCs w:val="24"/>
          <w:lang w:val="pl-PL" w:eastAsia="pl-PL"/>
        </w:rPr>
        <w:t>Zamawiający powiadomi Wykonawców o wyniku postępowania.</w:t>
      </w:r>
    </w:p>
    <w:p w14:paraId="3532F7DD" w14:textId="41213ED0" w:rsidR="0045634C" w:rsidRPr="0045634C" w:rsidRDefault="0045634C" w:rsidP="0045634C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val="pl-PL" w:eastAsia="pl-PL"/>
        </w:rPr>
      </w:pPr>
      <w:r>
        <w:rPr>
          <w:rFonts w:ascii="Arial Narrow" w:eastAsia="Times New Roman" w:hAnsi="Arial Narrow" w:cs="Times New Roman"/>
          <w:sz w:val="24"/>
          <w:szCs w:val="24"/>
          <w:lang w:val="pl-PL" w:eastAsia="pl-PL"/>
        </w:rPr>
        <w:t xml:space="preserve">c/ </w:t>
      </w:r>
      <w:r w:rsidRPr="0045634C">
        <w:rPr>
          <w:rFonts w:ascii="Arial Narrow" w:eastAsia="Times New Roman" w:hAnsi="Arial Narrow" w:cs="Times New Roman"/>
          <w:sz w:val="24"/>
          <w:szCs w:val="24"/>
          <w:lang w:val="pl-PL" w:eastAsia="pl-PL"/>
        </w:rPr>
        <w:t>W uzasadnionych okolicznościach Zamawiający dopuszcza możliwość unieważnienia postępowania na każdym etapie bez podania przyczyn.</w:t>
      </w:r>
    </w:p>
    <w:p w14:paraId="7D3B558D" w14:textId="77777777" w:rsidR="0045634C" w:rsidRDefault="0045634C">
      <w:pPr>
        <w:spacing w:before="480"/>
        <w:jc w:val="right"/>
        <w:rPr>
          <w:rFonts w:ascii="Arial Narrow" w:hAnsi="Arial Narrow"/>
          <w:sz w:val="24"/>
          <w:szCs w:val="24"/>
        </w:rPr>
      </w:pPr>
    </w:p>
    <w:p w14:paraId="530352FE" w14:textId="7F5BBBAA" w:rsidR="003E4F8A" w:rsidRPr="00623288" w:rsidRDefault="00231E36">
      <w:pPr>
        <w:spacing w:before="480"/>
        <w:jc w:val="right"/>
        <w:rPr>
          <w:rFonts w:ascii="Arial Narrow" w:hAnsi="Arial Narrow"/>
          <w:sz w:val="24"/>
          <w:szCs w:val="24"/>
        </w:rPr>
      </w:pPr>
      <w:r w:rsidRPr="00623288">
        <w:rPr>
          <w:rFonts w:ascii="Arial Narrow" w:hAnsi="Arial Narrow"/>
          <w:sz w:val="24"/>
          <w:szCs w:val="24"/>
        </w:rPr>
        <w:t>……………………………………………………………</w:t>
      </w:r>
    </w:p>
    <w:p w14:paraId="5E2EC324" w14:textId="224C1F04" w:rsidR="003E4F8A" w:rsidRPr="00623288" w:rsidRDefault="00231E36" w:rsidP="001B14DF">
      <w:pPr>
        <w:jc w:val="right"/>
        <w:rPr>
          <w:rFonts w:ascii="Arial Narrow" w:hAnsi="Arial Narrow"/>
          <w:sz w:val="24"/>
          <w:szCs w:val="24"/>
        </w:rPr>
      </w:pPr>
      <w:r w:rsidRPr="00623288">
        <w:rPr>
          <w:rFonts w:ascii="Arial Narrow" w:hAnsi="Arial Narrow"/>
          <w:i/>
          <w:sz w:val="24"/>
          <w:szCs w:val="24"/>
        </w:rPr>
        <w:t>(</w:t>
      </w:r>
      <w:proofErr w:type="spellStart"/>
      <w:r w:rsidRPr="00623288">
        <w:rPr>
          <w:rFonts w:ascii="Arial Narrow" w:hAnsi="Arial Narrow"/>
          <w:i/>
          <w:sz w:val="24"/>
          <w:szCs w:val="24"/>
        </w:rPr>
        <w:t>podpis</w:t>
      </w:r>
      <w:proofErr w:type="spellEnd"/>
      <w:r w:rsidRPr="00623288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623288">
        <w:rPr>
          <w:rFonts w:ascii="Arial Narrow" w:hAnsi="Arial Narrow"/>
          <w:i/>
          <w:sz w:val="24"/>
          <w:szCs w:val="24"/>
        </w:rPr>
        <w:t>i</w:t>
      </w:r>
      <w:proofErr w:type="spellEnd"/>
      <w:r w:rsidRPr="00623288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623288">
        <w:rPr>
          <w:rFonts w:ascii="Arial Narrow" w:hAnsi="Arial Narrow"/>
          <w:i/>
          <w:sz w:val="24"/>
          <w:szCs w:val="24"/>
        </w:rPr>
        <w:t>pieczęć</w:t>
      </w:r>
      <w:proofErr w:type="spellEnd"/>
      <w:r w:rsidRPr="00623288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623288">
        <w:rPr>
          <w:rFonts w:ascii="Arial Narrow" w:hAnsi="Arial Narrow"/>
          <w:i/>
          <w:sz w:val="24"/>
          <w:szCs w:val="24"/>
        </w:rPr>
        <w:t>Dyrektora</w:t>
      </w:r>
      <w:proofErr w:type="spellEnd"/>
      <w:r w:rsidRPr="00623288">
        <w:rPr>
          <w:rFonts w:ascii="Arial Narrow" w:hAnsi="Arial Narrow"/>
          <w:i/>
          <w:sz w:val="24"/>
          <w:szCs w:val="24"/>
        </w:rPr>
        <w:t xml:space="preserve"> ZS </w:t>
      </w:r>
      <w:proofErr w:type="spellStart"/>
      <w:r w:rsidRPr="00623288">
        <w:rPr>
          <w:rFonts w:ascii="Arial Narrow" w:hAnsi="Arial Narrow"/>
          <w:i/>
          <w:sz w:val="24"/>
          <w:szCs w:val="24"/>
        </w:rPr>
        <w:t>nr</w:t>
      </w:r>
      <w:proofErr w:type="spellEnd"/>
      <w:r w:rsidRPr="00623288">
        <w:rPr>
          <w:rFonts w:ascii="Arial Narrow" w:hAnsi="Arial Narrow"/>
          <w:i/>
          <w:sz w:val="24"/>
          <w:szCs w:val="24"/>
        </w:rPr>
        <w:t xml:space="preserve"> 3 we </w:t>
      </w:r>
      <w:proofErr w:type="spellStart"/>
      <w:r w:rsidRPr="00623288">
        <w:rPr>
          <w:rFonts w:ascii="Arial Narrow" w:hAnsi="Arial Narrow"/>
          <w:i/>
          <w:sz w:val="24"/>
          <w:szCs w:val="24"/>
        </w:rPr>
        <w:t>Włocławku</w:t>
      </w:r>
      <w:proofErr w:type="spellEnd"/>
      <w:r w:rsidRPr="00623288">
        <w:rPr>
          <w:rFonts w:ascii="Arial Narrow" w:hAnsi="Arial Narrow"/>
          <w:i/>
          <w:sz w:val="24"/>
          <w:szCs w:val="24"/>
        </w:rPr>
        <w:t>)</w:t>
      </w:r>
    </w:p>
    <w:sectPr w:rsidR="003E4F8A" w:rsidRPr="00623288" w:rsidSect="00034616">
      <w:footerReference w:type="default" r:id="rId10"/>
      <w:pgSz w:w="11906" w:h="16838"/>
      <w:pgMar w:top="879" w:right="964" w:bottom="879" w:left="964" w:header="510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F0F8B5" w14:textId="77777777" w:rsidR="00EB1190" w:rsidRDefault="00EB1190">
      <w:pPr>
        <w:spacing w:after="0" w:line="240" w:lineRule="auto"/>
      </w:pPr>
      <w:r>
        <w:separator/>
      </w:r>
    </w:p>
  </w:endnote>
  <w:endnote w:type="continuationSeparator" w:id="0">
    <w:p w14:paraId="78E04CBA" w14:textId="77777777" w:rsidR="00EB1190" w:rsidRDefault="00EB11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E35643" w14:textId="055E7257" w:rsidR="003E4F8A" w:rsidRDefault="003E4F8A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B658C8" w14:textId="77777777" w:rsidR="00EB1190" w:rsidRDefault="00EB1190">
      <w:pPr>
        <w:spacing w:after="0" w:line="240" w:lineRule="auto"/>
      </w:pPr>
      <w:r>
        <w:separator/>
      </w:r>
    </w:p>
  </w:footnote>
  <w:footnote w:type="continuationSeparator" w:id="0">
    <w:p w14:paraId="423EAAF2" w14:textId="77777777" w:rsidR="00EB1190" w:rsidRDefault="00EB11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ACD890CC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76B223E"/>
    <w:multiLevelType w:val="multilevel"/>
    <w:tmpl w:val="96AE31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3DA5190"/>
    <w:multiLevelType w:val="multilevel"/>
    <w:tmpl w:val="866C7BA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5645653"/>
    <w:multiLevelType w:val="hybridMultilevel"/>
    <w:tmpl w:val="BD1C6120"/>
    <w:lvl w:ilvl="0" w:tplc="908AA8DE">
      <w:start w:val="1"/>
      <w:numFmt w:val="lowerLetter"/>
      <w:lvlText w:val="%1)"/>
      <w:lvlJc w:val="left"/>
      <w:pPr>
        <w:ind w:left="729" w:hanging="360"/>
      </w:pPr>
      <w:rPr>
        <w:rFonts w:hint="default"/>
        <w:sz w:val="19"/>
      </w:rPr>
    </w:lvl>
    <w:lvl w:ilvl="1" w:tplc="04150019" w:tentative="1">
      <w:start w:val="1"/>
      <w:numFmt w:val="lowerLetter"/>
      <w:lvlText w:val="%2."/>
      <w:lvlJc w:val="left"/>
      <w:pPr>
        <w:ind w:left="1449" w:hanging="360"/>
      </w:pPr>
    </w:lvl>
    <w:lvl w:ilvl="2" w:tplc="0415001B" w:tentative="1">
      <w:start w:val="1"/>
      <w:numFmt w:val="lowerRoman"/>
      <w:lvlText w:val="%3."/>
      <w:lvlJc w:val="right"/>
      <w:pPr>
        <w:ind w:left="2169" w:hanging="180"/>
      </w:pPr>
    </w:lvl>
    <w:lvl w:ilvl="3" w:tplc="0415000F" w:tentative="1">
      <w:start w:val="1"/>
      <w:numFmt w:val="decimal"/>
      <w:lvlText w:val="%4."/>
      <w:lvlJc w:val="left"/>
      <w:pPr>
        <w:ind w:left="2889" w:hanging="360"/>
      </w:pPr>
    </w:lvl>
    <w:lvl w:ilvl="4" w:tplc="04150019" w:tentative="1">
      <w:start w:val="1"/>
      <w:numFmt w:val="lowerLetter"/>
      <w:lvlText w:val="%5."/>
      <w:lvlJc w:val="left"/>
      <w:pPr>
        <w:ind w:left="3609" w:hanging="360"/>
      </w:pPr>
    </w:lvl>
    <w:lvl w:ilvl="5" w:tplc="0415001B" w:tentative="1">
      <w:start w:val="1"/>
      <w:numFmt w:val="lowerRoman"/>
      <w:lvlText w:val="%6."/>
      <w:lvlJc w:val="right"/>
      <w:pPr>
        <w:ind w:left="4329" w:hanging="180"/>
      </w:pPr>
    </w:lvl>
    <w:lvl w:ilvl="6" w:tplc="0415000F" w:tentative="1">
      <w:start w:val="1"/>
      <w:numFmt w:val="decimal"/>
      <w:lvlText w:val="%7."/>
      <w:lvlJc w:val="left"/>
      <w:pPr>
        <w:ind w:left="5049" w:hanging="360"/>
      </w:pPr>
    </w:lvl>
    <w:lvl w:ilvl="7" w:tplc="04150019" w:tentative="1">
      <w:start w:val="1"/>
      <w:numFmt w:val="lowerLetter"/>
      <w:lvlText w:val="%8."/>
      <w:lvlJc w:val="left"/>
      <w:pPr>
        <w:ind w:left="5769" w:hanging="360"/>
      </w:pPr>
    </w:lvl>
    <w:lvl w:ilvl="8" w:tplc="0415001B" w:tentative="1">
      <w:start w:val="1"/>
      <w:numFmt w:val="lowerRoman"/>
      <w:lvlText w:val="%9."/>
      <w:lvlJc w:val="right"/>
      <w:pPr>
        <w:ind w:left="6489" w:hanging="180"/>
      </w:pPr>
    </w:lvl>
  </w:abstractNum>
  <w:abstractNum w:abstractNumId="12" w15:restartNumberingAfterBreak="0">
    <w:nsid w:val="64B11AB1"/>
    <w:multiLevelType w:val="multilevel"/>
    <w:tmpl w:val="466E45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433274B"/>
    <w:multiLevelType w:val="hybridMultilevel"/>
    <w:tmpl w:val="951830C0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E46A6F"/>
    <w:multiLevelType w:val="hybridMultilevel"/>
    <w:tmpl w:val="D0608ED0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1"/>
  </w:num>
  <w:num w:numId="11">
    <w:abstractNumId w:val="9"/>
  </w:num>
  <w:num w:numId="12">
    <w:abstractNumId w:val="12"/>
  </w:num>
  <w:num w:numId="13">
    <w:abstractNumId w:val="10"/>
  </w:num>
  <w:num w:numId="14">
    <w:abstractNumId w:val="14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037C6"/>
    <w:rsid w:val="00034616"/>
    <w:rsid w:val="0006063C"/>
    <w:rsid w:val="000E427F"/>
    <w:rsid w:val="000F293C"/>
    <w:rsid w:val="00141430"/>
    <w:rsid w:val="0015074B"/>
    <w:rsid w:val="00173F33"/>
    <w:rsid w:val="001B14DF"/>
    <w:rsid w:val="001E45E8"/>
    <w:rsid w:val="00231E36"/>
    <w:rsid w:val="0029639D"/>
    <w:rsid w:val="002B276D"/>
    <w:rsid w:val="00326F90"/>
    <w:rsid w:val="00385C26"/>
    <w:rsid w:val="003E1418"/>
    <w:rsid w:val="003E4F8A"/>
    <w:rsid w:val="0045634C"/>
    <w:rsid w:val="00623288"/>
    <w:rsid w:val="0069718E"/>
    <w:rsid w:val="007E24D2"/>
    <w:rsid w:val="00831A62"/>
    <w:rsid w:val="00856DA2"/>
    <w:rsid w:val="008B0AED"/>
    <w:rsid w:val="008E0DE8"/>
    <w:rsid w:val="00960DD7"/>
    <w:rsid w:val="00974B9B"/>
    <w:rsid w:val="009F5B1C"/>
    <w:rsid w:val="00AA1D8D"/>
    <w:rsid w:val="00AB3A7F"/>
    <w:rsid w:val="00AB5E7E"/>
    <w:rsid w:val="00AE12BA"/>
    <w:rsid w:val="00B47730"/>
    <w:rsid w:val="00CB0664"/>
    <w:rsid w:val="00CC072A"/>
    <w:rsid w:val="00CD4A10"/>
    <w:rsid w:val="00CF129E"/>
    <w:rsid w:val="00DE3804"/>
    <w:rsid w:val="00E14CFF"/>
    <w:rsid w:val="00EB119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9007E6"/>
  <w14:defaultImageDpi w14:val="300"/>
  <w15:docId w15:val="{A0BBAD4B-4C7D-4BD8-A2EA-BFF4FB1AF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C693F"/>
    <w:pPr>
      <w:spacing w:after="80" w:line="252" w:lineRule="auto"/>
    </w:pPr>
    <w:rPr>
      <w:rFonts w:ascii="Arial" w:hAnsi="Arial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160" w:after="6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160" w:after="6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kstdymka">
    <w:name w:val="Balloon Text"/>
    <w:basedOn w:val="Normalny"/>
    <w:link w:val="TekstdymkaZnak"/>
    <w:uiPriority w:val="99"/>
    <w:semiHidden/>
    <w:unhideWhenUsed/>
    <w:rsid w:val="006232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23288"/>
    <w:rPr>
      <w:rFonts w:ascii="Segoe UI" w:hAnsi="Segoe UI" w:cs="Segoe UI"/>
      <w:sz w:val="18"/>
      <w:szCs w:val="18"/>
    </w:rPr>
  </w:style>
  <w:style w:type="paragraph" w:customStyle="1" w:styleId="isselectedend">
    <w:name w:val="isselectedend"/>
    <w:basedOn w:val="Normalny"/>
    <w:rsid w:val="008E0D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styleId="NormalnyWeb">
    <w:name w:val="Normal (Web)"/>
    <w:basedOn w:val="Normalny"/>
    <w:uiPriority w:val="99"/>
    <w:unhideWhenUsed/>
    <w:rsid w:val="008E0D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107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46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1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3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27535B3-4C8E-4E10-A87C-31C6715C55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4</Pages>
  <Words>1387</Words>
  <Characters>8322</Characters>
  <Application>Microsoft Office Word</Application>
  <DocSecurity>0</DocSecurity>
  <Lines>69</Lines>
  <Paragraphs>19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9690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Ewa</cp:lastModifiedBy>
  <cp:revision>17</cp:revision>
  <cp:lastPrinted>2026-09-03T06:44:00Z</cp:lastPrinted>
  <dcterms:created xsi:type="dcterms:W3CDTF">2026-09-03T08:07:00Z</dcterms:created>
  <dcterms:modified xsi:type="dcterms:W3CDTF">2026-09-07T07:16:00Z</dcterms:modified>
  <cp:category/>
</cp:coreProperties>
</file>